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1"/>
        <w:gridCol w:w="5241"/>
      </w:tblGrid>
      <w:tr w:rsidR="00C4747C" w14:paraId="53E61328" w14:textId="77777777">
        <w:trPr>
          <w:jc w:val="center"/>
        </w:trPr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14:paraId="06702C0E" w14:textId="77777777" w:rsidR="00C4747C" w:rsidRDefault="00F40EA1" w:rsidP="002724E8">
            <w:pPr>
              <w:spacing w:after="0"/>
            </w:pPr>
            <w:bookmarkStart w:id="0" w:name="_GoBack"/>
            <w:bookmarkEnd w:id="0"/>
            <w:r>
              <w:rPr>
                <w:b/>
                <w:color w:val="FFFFFF"/>
                <w:sz w:val="28"/>
              </w:rPr>
              <w:t>АО «КСП «Волна»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  <w:shd w:val="clear" w:color="auto" w:fill="17365D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14:paraId="1856C591" w14:textId="77777777" w:rsidR="00C4747C" w:rsidRDefault="00F40EA1" w:rsidP="002724E8">
            <w:pPr>
              <w:spacing w:after="0"/>
              <w:jc w:val="right"/>
            </w:pPr>
            <w:r>
              <w:rPr>
                <w:b/>
                <w:color w:val="FFFFFF"/>
                <w:sz w:val="17"/>
              </w:rPr>
              <w:t>С ЗАБОТОЙ О КАЖДОМ</w:t>
            </w:r>
          </w:p>
        </w:tc>
      </w:tr>
    </w:tbl>
    <w:p w14:paraId="3C79CA4F" w14:textId="77777777" w:rsidR="00C4747C" w:rsidRDefault="00F40EA1">
      <w:pPr>
        <w:spacing w:before="400" w:after="100"/>
        <w:jc w:val="center"/>
      </w:pPr>
      <w:r>
        <w:rPr>
          <w:b/>
          <w:color w:val="17365D"/>
          <w:sz w:val="40"/>
        </w:rPr>
        <w:t>ПЕРЕЧЕНЬ</w:t>
      </w:r>
    </w:p>
    <w:p w14:paraId="27531E4E" w14:textId="77777777" w:rsidR="00C4747C" w:rsidRPr="002724E8" w:rsidRDefault="00F40EA1">
      <w:pPr>
        <w:spacing w:after="260"/>
        <w:jc w:val="center"/>
        <w:rPr>
          <w:lang w:val="ru-RU"/>
        </w:rPr>
      </w:pPr>
      <w:r w:rsidRPr="002724E8">
        <w:rPr>
          <w:color w:val="222222"/>
          <w:sz w:val="23"/>
          <w:lang w:val="ru-RU"/>
        </w:rPr>
        <w:t>юридических лиц и индивидуальных предпринимателей,</w:t>
      </w:r>
      <w:r w:rsidRPr="002724E8">
        <w:rPr>
          <w:color w:val="222222"/>
          <w:sz w:val="23"/>
          <w:lang w:val="ru-RU"/>
        </w:rPr>
        <w:br/>
        <w:t>поставляющих (реализующих) пищевые продукты и</w:t>
      </w:r>
      <w:r w:rsidRPr="002724E8">
        <w:rPr>
          <w:color w:val="222222"/>
          <w:sz w:val="23"/>
          <w:lang w:val="ru-RU"/>
        </w:rPr>
        <w:br/>
        <w:t>продовольственное сырье в общеобразовательную организацию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2"/>
      </w:tblGrid>
      <w:tr w:rsidR="00C4747C" w14:paraId="32E2EE10" w14:textId="77777777" w:rsidTr="002724E8">
        <w:trPr>
          <w:jc w:val="center"/>
        </w:trPr>
        <w:tc>
          <w:tcPr>
            <w:tcW w:w="10482" w:type="dxa"/>
            <w:tcBorders>
              <w:top w:val="single" w:sz="8" w:space="0" w:color="D7E2EE"/>
              <w:left w:val="single" w:sz="8" w:space="0" w:color="D7E2EE"/>
              <w:bottom w:val="single" w:sz="8" w:space="0" w:color="D7E2EE"/>
              <w:right w:val="single" w:sz="8" w:space="0" w:color="D7E2EE"/>
            </w:tcBorders>
            <w:shd w:val="clear" w:color="auto" w:fill="EEF3F8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3ABE5580" w14:textId="77777777" w:rsidR="00C4747C" w:rsidRPr="002724E8" w:rsidRDefault="00F40EA1" w:rsidP="002724E8">
            <w:pPr>
              <w:spacing w:before="240"/>
              <w:jc w:val="center"/>
              <w:rPr>
                <w:sz w:val="24"/>
                <w:szCs w:val="24"/>
              </w:rPr>
            </w:pPr>
            <w:r w:rsidRPr="002724E8">
              <w:rPr>
                <w:b/>
                <w:color w:val="17365D"/>
                <w:sz w:val="24"/>
                <w:szCs w:val="24"/>
              </w:rPr>
              <w:t>ПОСТАВЩИК / ОРГАНИЗАТОР ПИТАНИЯ</w:t>
            </w:r>
          </w:p>
        </w:tc>
      </w:tr>
    </w:tbl>
    <w:p w14:paraId="46D39821" w14:textId="77777777" w:rsidR="00C4747C" w:rsidRPr="002724E8" w:rsidRDefault="00F40EA1">
      <w:pPr>
        <w:spacing w:before="320" w:after="280"/>
        <w:jc w:val="center"/>
        <w:rPr>
          <w:lang w:val="ru-RU"/>
        </w:rPr>
      </w:pPr>
      <w:r w:rsidRPr="002724E8">
        <w:rPr>
          <w:b/>
          <w:color w:val="17365D"/>
          <w:sz w:val="32"/>
          <w:lang w:val="ru-RU"/>
        </w:rPr>
        <w:t>Акционерное общество</w:t>
      </w:r>
      <w:r w:rsidRPr="002724E8">
        <w:rPr>
          <w:b/>
          <w:color w:val="17365D"/>
          <w:sz w:val="32"/>
          <w:lang w:val="ru-RU"/>
        </w:rPr>
        <w:br/>
        <w:t>«Комбинат социального питания «Волна»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61"/>
        <w:gridCol w:w="7221"/>
      </w:tblGrid>
      <w:tr w:rsidR="00C4747C" w14:paraId="176BCFFA" w14:textId="77777777" w:rsidTr="002724E8">
        <w:trPr>
          <w:jc w:val="center"/>
        </w:trPr>
        <w:tc>
          <w:tcPr>
            <w:tcW w:w="326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EEF3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E800C4B" w14:textId="77777777" w:rsidR="00C4747C" w:rsidRDefault="00F40EA1">
            <w:pPr>
              <w:spacing w:after="0"/>
            </w:pPr>
            <w:r>
              <w:rPr>
                <w:b/>
                <w:color w:val="17365D"/>
                <w:sz w:val="18"/>
              </w:rPr>
              <w:t>ГЕНЕРАЛЬНЫЙ ДИРЕКТОР</w:t>
            </w:r>
          </w:p>
        </w:tc>
        <w:tc>
          <w:tcPr>
            <w:tcW w:w="722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1647F13" w14:textId="77777777" w:rsidR="00C4747C" w:rsidRDefault="00F40EA1">
            <w:pPr>
              <w:spacing w:after="0"/>
            </w:pPr>
            <w:r>
              <w:rPr>
                <w:color w:val="222222"/>
                <w:sz w:val="21"/>
              </w:rPr>
              <w:t>Страшнова Любовь Сергеевна</w:t>
            </w:r>
          </w:p>
        </w:tc>
      </w:tr>
      <w:tr w:rsidR="00C4747C" w:rsidRPr="002724E8" w14:paraId="1FEAB8B3" w14:textId="77777777" w:rsidTr="002724E8">
        <w:trPr>
          <w:jc w:val="center"/>
        </w:trPr>
        <w:tc>
          <w:tcPr>
            <w:tcW w:w="326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EEF3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E1655A8" w14:textId="77777777" w:rsidR="00C4747C" w:rsidRDefault="00F40EA1">
            <w:pPr>
              <w:spacing w:after="0"/>
            </w:pPr>
            <w:r>
              <w:rPr>
                <w:b/>
                <w:color w:val="17365D"/>
                <w:sz w:val="18"/>
              </w:rPr>
              <w:t>ЮРИДИЧЕСКИЙ АДРЕС</w:t>
            </w:r>
          </w:p>
        </w:tc>
        <w:tc>
          <w:tcPr>
            <w:tcW w:w="722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9E0CB79" w14:textId="73F8D1E9" w:rsidR="00C4747C" w:rsidRPr="002724E8" w:rsidRDefault="002724E8">
            <w:pPr>
              <w:spacing w:after="0"/>
              <w:rPr>
                <w:lang w:val="ru-RU"/>
              </w:rPr>
            </w:pPr>
            <w:r w:rsidRPr="002724E8">
              <w:rPr>
                <w:color w:val="222222"/>
                <w:sz w:val="21"/>
                <w:lang w:val="ru-RU"/>
              </w:rPr>
              <w:t>192</w:t>
            </w:r>
            <w:r>
              <w:rPr>
                <w:color w:val="222222"/>
                <w:sz w:val="21"/>
                <w:lang w:val="ru-RU"/>
              </w:rPr>
              <w:t xml:space="preserve"> </w:t>
            </w:r>
            <w:r w:rsidRPr="002724E8">
              <w:rPr>
                <w:color w:val="222222"/>
                <w:sz w:val="21"/>
                <w:lang w:val="ru-RU"/>
              </w:rPr>
              <w:t>171</w:t>
            </w:r>
            <w:r>
              <w:rPr>
                <w:color w:val="222222"/>
                <w:sz w:val="21"/>
                <w:lang w:val="ru-RU"/>
              </w:rPr>
              <w:t xml:space="preserve">, </w:t>
            </w:r>
            <w:r w:rsidRPr="002724E8">
              <w:rPr>
                <w:color w:val="222222"/>
                <w:sz w:val="21"/>
                <w:lang w:val="ru-RU"/>
              </w:rPr>
              <w:t>г. Санкт-Петербург</w:t>
            </w:r>
            <w:r>
              <w:rPr>
                <w:color w:val="222222"/>
                <w:sz w:val="21"/>
                <w:lang w:val="ru-RU"/>
              </w:rPr>
              <w:t xml:space="preserve">, </w:t>
            </w:r>
            <w:r w:rsidR="00F40EA1" w:rsidRPr="002724E8">
              <w:rPr>
                <w:color w:val="222222"/>
                <w:sz w:val="21"/>
                <w:lang w:val="ru-RU"/>
              </w:rPr>
              <w:t>пр. Обуховской обороны, дом 127 литера А, пом. 4Н, 5Н, 6Н, 7Н</w:t>
            </w:r>
          </w:p>
        </w:tc>
      </w:tr>
      <w:tr w:rsidR="00C4747C" w14:paraId="017D7BE9" w14:textId="77777777" w:rsidTr="002724E8">
        <w:trPr>
          <w:jc w:val="center"/>
        </w:trPr>
        <w:tc>
          <w:tcPr>
            <w:tcW w:w="326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EEF3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ABC7968" w14:textId="77777777" w:rsidR="00C4747C" w:rsidRDefault="00F40EA1">
            <w:pPr>
              <w:spacing w:after="0"/>
            </w:pPr>
            <w:r>
              <w:rPr>
                <w:b/>
                <w:color w:val="17365D"/>
                <w:sz w:val="18"/>
              </w:rPr>
              <w:t>ТЕЛЕФОН</w:t>
            </w:r>
          </w:p>
        </w:tc>
        <w:tc>
          <w:tcPr>
            <w:tcW w:w="722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B8A3E1B" w14:textId="77777777" w:rsidR="00C4747C" w:rsidRDefault="00F40EA1">
            <w:pPr>
              <w:spacing w:after="0"/>
            </w:pPr>
            <w:r>
              <w:rPr>
                <w:color w:val="222222"/>
                <w:sz w:val="21"/>
              </w:rPr>
              <w:t>+7 (812) 412-88-19</w:t>
            </w:r>
          </w:p>
        </w:tc>
      </w:tr>
      <w:tr w:rsidR="00C4747C" w14:paraId="273C0D4F" w14:textId="77777777" w:rsidTr="002724E8">
        <w:trPr>
          <w:jc w:val="center"/>
        </w:trPr>
        <w:tc>
          <w:tcPr>
            <w:tcW w:w="326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EEF3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60754EA" w14:textId="77777777" w:rsidR="00C4747C" w:rsidRDefault="00F40EA1">
            <w:pPr>
              <w:spacing w:after="0"/>
            </w:pPr>
            <w:r>
              <w:rPr>
                <w:b/>
                <w:color w:val="17365D"/>
                <w:sz w:val="18"/>
              </w:rPr>
              <w:t>E-MAIL</w:t>
            </w:r>
          </w:p>
        </w:tc>
        <w:tc>
          <w:tcPr>
            <w:tcW w:w="722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251627D" w14:textId="43542A79" w:rsidR="00C4747C" w:rsidRDefault="00F40EA1">
            <w:pPr>
              <w:spacing w:after="0"/>
            </w:pPr>
            <w:r>
              <w:rPr>
                <w:color w:val="222222"/>
                <w:sz w:val="21"/>
              </w:rPr>
              <w:t>info@</w:t>
            </w:r>
            <w:r w:rsidR="00E71AF3">
              <w:rPr>
                <w:color w:val="222222"/>
                <w:sz w:val="21"/>
              </w:rPr>
              <w:t>ksp-volna</w:t>
            </w:r>
            <w:r>
              <w:rPr>
                <w:color w:val="222222"/>
                <w:sz w:val="21"/>
              </w:rPr>
              <w:t>.ru</w:t>
            </w:r>
          </w:p>
        </w:tc>
      </w:tr>
      <w:tr w:rsidR="00C4747C" w14:paraId="3AFA3BFF" w14:textId="77777777" w:rsidTr="002724E8">
        <w:trPr>
          <w:jc w:val="center"/>
        </w:trPr>
        <w:tc>
          <w:tcPr>
            <w:tcW w:w="326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EEF3F8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5D75682" w14:textId="77777777" w:rsidR="00C4747C" w:rsidRDefault="00F40EA1">
            <w:pPr>
              <w:spacing w:after="0"/>
            </w:pPr>
            <w:r>
              <w:rPr>
                <w:b/>
                <w:color w:val="17365D"/>
                <w:sz w:val="18"/>
              </w:rPr>
              <w:t>САЙТ</w:t>
            </w:r>
          </w:p>
        </w:tc>
        <w:tc>
          <w:tcPr>
            <w:tcW w:w="7221" w:type="dxa"/>
            <w:tcBorders>
              <w:top w:val="single" w:sz="6" w:space="0" w:color="D7E2EE"/>
              <w:left w:val="single" w:sz="6" w:space="0" w:color="D7E2EE"/>
              <w:bottom w:val="single" w:sz="6" w:space="0" w:color="D7E2EE"/>
              <w:right w:val="single" w:sz="6" w:space="0" w:color="D7E2EE"/>
            </w:tcBorders>
            <w:shd w:val="clear" w:color="auto" w:fill="FFFF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11E85A7" w14:textId="77777777" w:rsidR="00C4747C" w:rsidRDefault="00F40EA1">
            <w:pPr>
              <w:spacing w:after="0"/>
            </w:pPr>
            <w:r>
              <w:rPr>
                <w:color w:val="222222"/>
                <w:sz w:val="21"/>
              </w:rPr>
              <w:t>https://new.ksp-volna.ru</w:t>
            </w:r>
          </w:p>
        </w:tc>
      </w:tr>
    </w:tbl>
    <w:p w14:paraId="2CDC87DF" w14:textId="77777777" w:rsidR="00C4747C" w:rsidRPr="002724E8" w:rsidRDefault="00F40EA1">
      <w:pPr>
        <w:spacing w:before="320" w:after="0"/>
        <w:jc w:val="center"/>
        <w:rPr>
          <w:lang w:val="ru-RU"/>
        </w:rPr>
      </w:pPr>
      <w:r w:rsidRPr="002724E8">
        <w:rPr>
          <w:color w:val="555555"/>
          <w:sz w:val="18"/>
          <w:lang w:val="ru-RU"/>
        </w:rPr>
        <w:t>АО «КСП «Волна» осуществляет поставку (реализацию) пищевых продуктов</w:t>
      </w:r>
      <w:r w:rsidRPr="002724E8">
        <w:rPr>
          <w:color w:val="555555"/>
          <w:sz w:val="18"/>
          <w:lang w:val="ru-RU"/>
        </w:rPr>
        <w:br/>
        <w:t>и продовольственного сырья в общеобразовательную организацию.</w:t>
      </w:r>
    </w:p>
    <w:sectPr w:rsidR="00C4747C" w:rsidRPr="002724E8" w:rsidSect="00034616">
      <w:footerReference w:type="default" r:id="rId9"/>
      <w:pgSz w:w="12240" w:h="15840"/>
      <w:pgMar w:top="765" w:right="879" w:bottom="765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7966F" w14:textId="77777777" w:rsidR="0026446B" w:rsidRDefault="0026446B">
      <w:pPr>
        <w:spacing w:after="0" w:line="240" w:lineRule="auto"/>
      </w:pPr>
      <w:r>
        <w:separator/>
      </w:r>
    </w:p>
  </w:endnote>
  <w:endnote w:type="continuationSeparator" w:id="0">
    <w:p w14:paraId="47B9AEAC" w14:textId="77777777" w:rsidR="0026446B" w:rsidRDefault="00264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92748" w14:textId="77777777" w:rsidR="00C4747C" w:rsidRDefault="00F40EA1">
    <w:pPr>
      <w:pStyle w:val="a7"/>
      <w:pBdr>
        <w:top w:val="single" w:sz="8" w:space="0" w:color="17365D"/>
      </w:pBdr>
      <w:jc w:val="center"/>
    </w:pPr>
    <w:r>
      <w:rPr>
        <w:color w:val="17365D"/>
        <w:sz w:val="16"/>
      </w:rPr>
      <w:t>АО «КСП «Волна»  •  Санкт-Петербург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E56B7A" w14:textId="77777777" w:rsidR="0026446B" w:rsidRDefault="0026446B">
      <w:pPr>
        <w:spacing w:after="0" w:line="240" w:lineRule="auto"/>
      </w:pPr>
      <w:r>
        <w:separator/>
      </w:r>
    </w:p>
  </w:footnote>
  <w:footnote w:type="continuationSeparator" w:id="0">
    <w:p w14:paraId="5CEF8CA3" w14:textId="77777777" w:rsidR="0026446B" w:rsidRDefault="00264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446B"/>
    <w:rsid w:val="002724E8"/>
    <w:rsid w:val="0029639D"/>
    <w:rsid w:val="002D30C1"/>
    <w:rsid w:val="00326F90"/>
    <w:rsid w:val="00AA1D8D"/>
    <w:rsid w:val="00B47730"/>
    <w:rsid w:val="00C4747C"/>
    <w:rsid w:val="00CB0664"/>
    <w:rsid w:val="00E71AF3"/>
    <w:rsid w:val="00F40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AA6D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Montserrat" w:eastAsia="Montserrat" w:hAnsi="Montserrat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Montserrat" w:eastAsia="Montserrat" w:hAnsi="Montserrat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BB3DFC-E92A-497D-9695-929A9992F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school 570</Company>
  <LinksUpToDate>false</LinksUpToDate>
  <CharactersWithSpaces>666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bim</cp:lastModifiedBy>
  <cp:revision>2</cp:revision>
  <dcterms:created xsi:type="dcterms:W3CDTF">2026-09-08T06:56:00Z</dcterms:created>
  <dcterms:modified xsi:type="dcterms:W3CDTF">2026-09-08T06:56:00Z</dcterms:modified>
</cp:coreProperties>
</file>