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8AEAE" w14:textId="6DD5C1D1" w:rsidR="00F1019D" w:rsidRDefault="00F1019D" w:rsidP="00371828">
      <w:pPr>
        <w:spacing w:after="0"/>
        <w:jc w:val="right"/>
        <w:rPr>
          <w:b/>
          <w:color w:val="1F4E78"/>
          <w:sz w:val="24"/>
          <w:szCs w:val="12"/>
          <w:lang w:val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579"/>
      </w:tblGrid>
      <w:tr w:rsidR="000F09EF" w:rsidRPr="00B26D0F" w14:paraId="282403CD" w14:textId="77777777" w:rsidTr="00004F1A">
        <w:tc>
          <w:tcPr>
            <w:tcW w:w="4957" w:type="dxa"/>
          </w:tcPr>
          <w:p w14:paraId="223A27C0" w14:textId="77777777" w:rsidR="000F09EF" w:rsidRDefault="000F09EF" w:rsidP="00004F1A">
            <w:pPr>
              <w:rPr>
                <w:b/>
                <w:color w:val="1F4E78"/>
                <w:sz w:val="24"/>
                <w:szCs w:val="12"/>
                <w:lang w:val="ru-RU"/>
              </w:rPr>
            </w:pPr>
            <w:r>
              <w:rPr>
                <w:b/>
                <w:color w:val="1F4E78"/>
                <w:sz w:val="24"/>
                <w:szCs w:val="12"/>
                <w:lang w:val="ru-RU"/>
              </w:rPr>
              <w:t>СОГЛАСОВАНО</w:t>
            </w:r>
          </w:p>
          <w:p w14:paraId="2C13A8A6" w14:textId="1C4839AB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  <w:r w:rsidRPr="00F9540C">
              <w:rPr>
                <w:bCs/>
                <w:color w:val="1F4E78"/>
                <w:sz w:val="24"/>
                <w:szCs w:val="12"/>
                <w:lang w:val="ru-RU"/>
              </w:rPr>
              <w:t>ДИРЕКТОР</w:t>
            </w:r>
            <w:r>
              <w:rPr>
                <w:bCs/>
                <w:color w:val="1F4E78"/>
                <w:sz w:val="24"/>
                <w:szCs w:val="12"/>
                <w:lang w:val="ru-RU"/>
              </w:rPr>
              <w:t xml:space="preserve"> ГБОУ</w:t>
            </w:r>
            <w:r w:rsidR="0025406E">
              <w:rPr>
                <w:bCs/>
                <w:color w:val="1F4E78"/>
                <w:sz w:val="24"/>
                <w:szCs w:val="12"/>
                <w:lang w:val="ru-RU"/>
              </w:rPr>
              <w:t xml:space="preserve"> 57</w:t>
            </w:r>
            <w:r w:rsidR="000923C2">
              <w:rPr>
                <w:bCs/>
                <w:color w:val="1F4E78"/>
                <w:sz w:val="24"/>
                <w:szCs w:val="12"/>
                <w:lang w:val="ru-RU"/>
              </w:rPr>
              <w:t>0</w:t>
            </w:r>
          </w:p>
          <w:p w14:paraId="0939AF1E" w14:textId="77777777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</w:p>
          <w:p w14:paraId="04FFB7F7" w14:textId="77777777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  <w:r>
              <w:rPr>
                <w:bCs/>
                <w:color w:val="1F4E78"/>
                <w:sz w:val="24"/>
                <w:szCs w:val="12"/>
                <w:lang w:val="ru-RU"/>
              </w:rPr>
              <w:t>_______________________________________</w:t>
            </w:r>
          </w:p>
          <w:p w14:paraId="61413CB2" w14:textId="77777777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</w:p>
          <w:p w14:paraId="1EC25AD3" w14:textId="77777777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  <w:r>
              <w:rPr>
                <w:bCs/>
                <w:color w:val="1F4E78"/>
                <w:sz w:val="24"/>
                <w:szCs w:val="12"/>
                <w:lang w:val="ru-RU"/>
              </w:rPr>
              <w:t>_______________________________________</w:t>
            </w:r>
          </w:p>
          <w:p w14:paraId="2123022F" w14:textId="2087588C" w:rsidR="000F09EF" w:rsidRDefault="000F09EF" w:rsidP="00004F1A">
            <w:pPr>
              <w:rPr>
                <w:bCs/>
                <w:color w:val="1F4E78"/>
                <w:sz w:val="24"/>
                <w:szCs w:val="12"/>
                <w:lang w:val="ru-RU"/>
              </w:rPr>
            </w:pPr>
          </w:p>
          <w:p w14:paraId="57177B06" w14:textId="505E8552" w:rsidR="000F09EF" w:rsidRPr="00F9540C" w:rsidRDefault="000923C2" w:rsidP="000923C2">
            <w:pPr>
              <w:rPr>
                <w:bCs/>
                <w:color w:val="1F4E78"/>
                <w:sz w:val="24"/>
                <w:szCs w:val="12"/>
                <w:lang w:val="ru-RU"/>
              </w:rPr>
            </w:pPr>
            <w:r>
              <w:rPr>
                <w:bCs/>
                <w:color w:val="1F4E78"/>
                <w:sz w:val="24"/>
                <w:szCs w:val="12"/>
                <w:lang w:val="ru-RU"/>
              </w:rPr>
              <w:t>Панасюк Е.Ю.</w:t>
            </w:r>
            <w:r w:rsidR="000F09EF">
              <w:rPr>
                <w:bCs/>
                <w:color w:val="1F4E78"/>
                <w:sz w:val="24"/>
                <w:szCs w:val="12"/>
                <w:lang w:val="ru-RU"/>
              </w:rPr>
              <w:t xml:space="preserve"> /____________________ /</w:t>
            </w:r>
          </w:p>
        </w:tc>
        <w:tc>
          <w:tcPr>
            <w:tcW w:w="5579" w:type="dxa"/>
          </w:tcPr>
          <w:p w14:paraId="3AD766A1" w14:textId="77777777" w:rsidR="000F09EF" w:rsidRPr="007E6485" w:rsidRDefault="000F09EF" w:rsidP="00004F1A">
            <w:pPr>
              <w:jc w:val="right"/>
              <w:rPr>
                <w:b/>
                <w:color w:val="1F4E78"/>
                <w:sz w:val="24"/>
                <w:szCs w:val="12"/>
                <w:lang w:val="ru-RU"/>
              </w:rPr>
            </w:pPr>
            <w:r w:rsidRPr="007E6485">
              <w:rPr>
                <w:b/>
                <w:color w:val="1F4E78"/>
                <w:sz w:val="24"/>
                <w:szCs w:val="12"/>
                <w:lang w:val="ru-RU"/>
              </w:rPr>
              <w:t>УТВЕРЖДАЮ</w:t>
            </w:r>
          </w:p>
          <w:p w14:paraId="7488F2F8" w14:textId="77777777" w:rsidR="000F09EF" w:rsidRPr="007E6485" w:rsidRDefault="000F09EF" w:rsidP="00004F1A">
            <w:pPr>
              <w:jc w:val="right"/>
              <w:rPr>
                <w:bCs/>
                <w:color w:val="1F4E78"/>
                <w:sz w:val="24"/>
                <w:szCs w:val="12"/>
                <w:lang w:val="ru-RU"/>
              </w:rPr>
            </w:pPr>
            <w:r w:rsidRPr="007E6485">
              <w:rPr>
                <w:bCs/>
                <w:color w:val="1F4E78"/>
                <w:sz w:val="24"/>
                <w:szCs w:val="12"/>
                <w:lang w:val="ru-RU"/>
              </w:rPr>
              <w:t>ГЕНЕРАЛЬНЫЙ ДИРЕКТОР</w:t>
            </w:r>
          </w:p>
          <w:p w14:paraId="44DE150C" w14:textId="423E060C" w:rsidR="000F09EF" w:rsidRDefault="000F09EF" w:rsidP="00004F1A">
            <w:pPr>
              <w:jc w:val="right"/>
              <w:rPr>
                <w:bCs/>
                <w:color w:val="1F4E78"/>
                <w:sz w:val="24"/>
                <w:szCs w:val="12"/>
                <w:lang w:val="ru-RU"/>
              </w:rPr>
            </w:pPr>
            <w:r w:rsidRPr="00B14E0B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3F5FAB" wp14:editId="738C803D">
                      <wp:simplePos x="0" y="0"/>
                      <wp:positionH relativeFrom="margin">
                        <wp:posOffset>615748</wp:posOffset>
                      </wp:positionH>
                      <wp:positionV relativeFrom="paragraph">
                        <wp:posOffset>142519</wp:posOffset>
                      </wp:positionV>
                      <wp:extent cx="2543175" cy="1152525"/>
                      <wp:effectExtent l="0" t="0" r="28575" b="28575"/>
                      <wp:wrapNone/>
                      <wp:docPr id="2" name="Прямоугольник: скругленные угл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1152525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8AC8C" w14:textId="77777777" w:rsidR="000F09EF" w:rsidRPr="00A9459C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9459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  <w:t>ДОКУМЕНТ ПОДПИСАН</w:t>
                                  </w:r>
                                </w:p>
                                <w:p w14:paraId="3C407138" w14:textId="77777777" w:rsidR="000F09EF" w:rsidRPr="00A9459C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9459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  <w:t>ЭЛЕКТРОННОЙ ПОДПИСЬЮ</w:t>
                                  </w:r>
                                </w:p>
                                <w:p w14:paraId="0F443CA6" w14:textId="77777777" w:rsidR="000F09EF" w:rsidRPr="00A9459C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</w:p>
                                <w:p w14:paraId="47D774D6" w14:textId="77777777" w:rsidR="000F09EF" w:rsidRPr="00A9459C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</w:pP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Сертификат 030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DC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37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007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FB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45398415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665193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F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879</w:t>
                                  </w:r>
                                  <w:r w:rsidRPr="002C6899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A9459C">
                                    <w:rPr>
                                      <w:sz w:val="12"/>
                                      <w:szCs w:val="12"/>
                                      <w:lang w:val="ru-RU"/>
                                    </w:rPr>
                                    <w:t>3</w:t>
                                  </w:r>
                                </w:p>
                                <w:p w14:paraId="2FAA08FD" w14:textId="77777777" w:rsidR="000F09EF" w:rsidRPr="00A9459C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9459C">
                                    <w:rPr>
                                      <w:sz w:val="16"/>
                                      <w:szCs w:val="16"/>
                                      <w:lang w:val="ru-RU"/>
                                    </w:rPr>
                                    <w:t>Владелец АО "КСП "ВОЛНА", Страшнова Любовь Сергеевна, Генеральный директор</w:t>
                                  </w:r>
                                </w:p>
                                <w:p w14:paraId="2927A42F" w14:textId="77777777" w:rsidR="000F09EF" w:rsidRPr="002C6899" w:rsidRDefault="000F09EF" w:rsidP="000F09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2C6899">
                                    <w:rPr>
                                      <w:sz w:val="14"/>
                                      <w:szCs w:val="14"/>
                                    </w:rPr>
                                    <w:t>Действителен с 06.07.2026 по 06.10.2027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23F5FAB" id="Прямоугольник: скругленные углы 2" o:spid="_x0000_s1026" style="position:absolute;left:0;text-align:left;margin-left:48.5pt;margin-top:11.2pt;width:200.2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" filled="f" strokecolor="windowText" strokeweight="2pt">
                      <v:textbox>
                        <w:txbxContent>
                          <w:p w14:paraId="7F38AC8C" w14:textId="77777777" w:rsidR="000F09EF" w:rsidRPr="00A9459C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9459C">
                              <w:rPr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  <w:t>ДОКУМЕНТ ПОДПИСАН</w:t>
                            </w:r>
                          </w:p>
                          <w:p w14:paraId="3C407138" w14:textId="77777777" w:rsidR="000F09EF" w:rsidRPr="00A9459C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9459C">
                              <w:rPr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  <w:t>ЭЛЕКТРОННОЙ ПОДПИСЬЮ</w:t>
                            </w:r>
                          </w:p>
                          <w:p w14:paraId="0F443CA6" w14:textId="77777777" w:rsidR="000F09EF" w:rsidRPr="00A9459C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47D774D6" w14:textId="77777777" w:rsidR="000F09EF" w:rsidRPr="00A9459C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Сертификат 030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DC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37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007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FB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45398415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665193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F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879</w:t>
                            </w:r>
                            <w:r w:rsidRPr="002C6899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A9459C">
                              <w:rPr>
                                <w:sz w:val="12"/>
                                <w:szCs w:val="12"/>
                                <w:lang w:val="ru-RU"/>
                              </w:rPr>
                              <w:t>3</w:t>
                            </w:r>
                          </w:p>
                          <w:p w14:paraId="2FAA08FD" w14:textId="77777777" w:rsidR="000F09EF" w:rsidRPr="00A9459C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9459C">
                              <w:rPr>
                                <w:sz w:val="16"/>
                                <w:szCs w:val="16"/>
                                <w:lang w:val="ru-RU"/>
                              </w:rPr>
                              <w:t>Владелец АО "КСП "ВОЛНА", Страшнова Любовь Сергеевна, Генеральный директор</w:t>
                            </w:r>
                          </w:p>
                          <w:p w14:paraId="2927A42F" w14:textId="77777777" w:rsidR="000F09EF" w:rsidRPr="002C6899" w:rsidRDefault="000F09EF" w:rsidP="000F09EF">
                            <w:pPr>
                              <w:spacing w:after="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2C6899">
                              <w:rPr>
                                <w:sz w:val="14"/>
                                <w:szCs w:val="14"/>
                              </w:rPr>
                              <w:t>Действителен с 06.07.2026 по 06.10.2027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bCs/>
                <w:color w:val="1F4E78"/>
                <w:sz w:val="24"/>
                <w:szCs w:val="12"/>
                <w:lang w:val="ru-RU"/>
              </w:rPr>
              <w:t>Акционерного общества</w:t>
            </w:r>
          </w:p>
          <w:p w14:paraId="16DA3811" w14:textId="681EED64" w:rsidR="000F09EF" w:rsidRDefault="000F09EF" w:rsidP="00004F1A">
            <w:pPr>
              <w:ind w:right="-60"/>
              <w:jc w:val="right"/>
              <w:rPr>
                <w:bCs/>
                <w:color w:val="1F4E78"/>
                <w:sz w:val="24"/>
                <w:szCs w:val="12"/>
                <w:lang w:val="ru-RU"/>
              </w:rPr>
            </w:pPr>
            <w:r w:rsidRPr="007E6485">
              <w:rPr>
                <w:bCs/>
                <w:color w:val="1F4E78"/>
                <w:sz w:val="24"/>
                <w:szCs w:val="12"/>
                <w:lang w:val="ru-RU"/>
              </w:rPr>
              <w:t>«К</w:t>
            </w:r>
            <w:r>
              <w:rPr>
                <w:bCs/>
                <w:color w:val="1F4E78"/>
                <w:sz w:val="24"/>
                <w:szCs w:val="12"/>
                <w:lang w:val="ru-RU"/>
              </w:rPr>
              <w:t xml:space="preserve">омбинат социального </w:t>
            </w:r>
            <w:r>
              <w:rPr>
                <w:bCs/>
                <w:color w:val="1F4E78"/>
                <w:sz w:val="24"/>
                <w:szCs w:val="12"/>
                <w:lang w:val="ru-RU"/>
              </w:rPr>
              <w:br/>
              <w:t>питания «</w:t>
            </w:r>
            <w:r w:rsidRPr="007E6485">
              <w:rPr>
                <w:bCs/>
                <w:color w:val="1F4E78"/>
                <w:sz w:val="24"/>
                <w:szCs w:val="12"/>
                <w:lang w:val="ru-RU"/>
              </w:rPr>
              <w:t>Волна»</w:t>
            </w:r>
          </w:p>
          <w:p w14:paraId="4CA59B53" w14:textId="3D4B3C55" w:rsidR="000F09EF" w:rsidRDefault="000F09EF" w:rsidP="00004F1A">
            <w:pPr>
              <w:ind w:right="-60"/>
              <w:rPr>
                <w:bCs/>
                <w:color w:val="1F4E78"/>
                <w:sz w:val="24"/>
                <w:szCs w:val="12"/>
                <w:lang w:val="ru-RU"/>
              </w:rPr>
            </w:pPr>
          </w:p>
          <w:p w14:paraId="08448D02" w14:textId="77777777" w:rsidR="000F09EF" w:rsidRPr="007E6485" w:rsidRDefault="000F09EF" w:rsidP="00004F1A">
            <w:pPr>
              <w:ind w:right="-60"/>
              <w:rPr>
                <w:bCs/>
                <w:color w:val="1F4E78"/>
                <w:sz w:val="24"/>
                <w:szCs w:val="12"/>
                <w:lang w:val="ru-RU"/>
              </w:rPr>
            </w:pPr>
          </w:p>
          <w:p w14:paraId="48E22EA3" w14:textId="77777777" w:rsidR="000F09EF" w:rsidRDefault="000F09EF" w:rsidP="00004F1A">
            <w:pPr>
              <w:jc w:val="right"/>
              <w:rPr>
                <w:b/>
                <w:color w:val="1F4E78"/>
                <w:sz w:val="24"/>
                <w:szCs w:val="12"/>
                <w:lang w:val="ru-RU"/>
              </w:rPr>
            </w:pPr>
            <w:r w:rsidRPr="007E6485">
              <w:rPr>
                <w:bCs/>
                <w:color w:val="1F4E78"/>
                <w:sz w:val="24"/>
                <w:szCs w:val="12"/>
                <w:lang w:val="ru-RU"/>
              </w:rPr>
              <w:t>_____________ Л.С.Страшнова</w:t>
            </w:r>
          </w:p>
        </w:tc>
      </w:tr>
    </w:tbl>
    <w:p w14:paraId="480F4F8D" w14:textId="3713725A" w:rsidR="00F1019D" w:rsidRDefault="00F1019D" w:rsidP="0081006B">
      <w:pPr>
        <w:spacing w:after="0"/>
        <w:jc w:val="center"/>
        <w:rPr>
          <w:b/>
          <w:color w:val="1F4E78"/>
          <w:sz w:val="24"/>
          <w:szCs w:val="12"/>
          <w:lang w:val="ru-RU"/>
        </w:rPr>
      </w:pPr>
    </w:p>
    <w:p w14:paraId="0016B347" w14:textId="01E85056" w:rsidR="000F09EF" w:rsidRDefault="000F09EF" w:rsidP="0081006B">
      <w:pPr>
        <w:spacing w:after="0"/>
        <w:jc w:val="center"/>
        <w:rPr>
          <w:b/>
          <w:color w:val="1F4E78"/>
          <w:sz w:val="24"/>
          <w:szCs w:val="12"/>
          <w:lang w:val="ru-RU"/>
        </w:rPr>
      </w:pPr>
    </w:p>
    <w:p w14:paraId="485EA6CB" w14:textId="77777777" w:rsidR="000F09EF" w:rsidRDefault="000F09EF" w:rsidP="0081006B">
      <w:pPr>
        <w:spacing w:after="0"/>
        <w:jc w:val="center"/>
        <w:rPr>
          <w:b/>
          <w:color w:val="1F4E78"/>
          <w:sz w:val="24"/>
          <w:szCs w:val="12"/>
          <w:lang w:val="ru-RU"/>
        </w:rPr>
      </w:pPr>
      <w:bookmarkStart w:id="0" w:name="_GoBack"/>
      <w:bookmarkEnd w:id="0"/>
    </w:p>
    <w:p w14:paraId="14B5DB31" w14:textId="10C49366" w:rsidR="0081006B" w:rsidRDefault="000F09EF" w:rsidP="00371828">
      <w:pPr>
        <w:jc w:val="center"/>
        <w:rPr>
          <w:b/>
          <w:color w:val="1F4E78"/>
          <w:sz w:val="44"/>
          <w:lang w:val="ru-RU"/>
        </w:rPr>
      </w:pPr>
      <w:r>
        <w:rPr>
          <w:b/>
          <w:noProof/>
          <w:color w:val="1F4E78"/>
          <w:sz w:val="44"/>
          <w:lang w:val="ru-RU" w:eastAsia="ru-RU"/>
        </w:rPr>
        <w:drawing>
          <wp:inline distT="0" distB="0" distL="0" distR="0" wp14:anchorId="60577C2E" wp14:editId="1743DF88">
            <wp:extent cx="4334005" cy="1759116"/>
            <wp:effectExtent l="0" t="0" r="0" b="0"/>
            <wp:docPr id="17928216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821637" name="Рисунок 1792821637"/>
                    <pic:cNvPicPr/>
                  </pic:nvPicPr>
                  <pic:blipFill rotWithShape="1">
                    <a:blip r:embed="rId9"/>
                    <a:srcRect t="6361" b="12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070" cy="1781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5E906" w14:textId="5D800E6A" w:rsidR="00163E64" w:rsidRDefault="00163E64" w:rsidP="00371828">
      <w:pPr>
        <w:jc w:val="center"/>
        <w:rPr>
          <w:b/>
          <w:color w:val="1F4E78"/>
          <w:sz w:val="44"/>
          <w:lang w:val="ru-RU"/>
        </w:rPr>
      </w:pPr>
      <w:r>
        <w:rPr>
          <w:b/>
          <w:color w:val="1F4E78"/>
          <w:sz w:val="44"/>
          <w:lang w:val="ru-RU"/>
        </w:rPr>
        <w:t>АССОРТИМЕНТНЫЙ ПЕРЕЧЕНЬ</w:t>
      </w:r>
    </w:p>
    <w:p w14:paraId="67D04F95" w14:textId="77777777" w:rsidR="00163E64" w:rsidRDefault="00163E64" w:rsidP="00371828">
      <w:pPr>
        <w:jc w:val="center"/>
        <w:rPr>
          <w:b/>
          <w:color w:val="1F4E78"/>
          <w:sz w:val="44"/>
          <w:lang w:val="ru-RU"/>
        </w:rPr>
      </w:pPr>
      <w:r>
        <w:rPr>
          <w:b/>
          <w:color w:val="1F4E78"/>
          <w:sz w:val="44"/>
          <w:lang w:val="ru-RU"/>
        </w:rPr>
        <w:t>блюд дополнительного питания</w:t>
      </w:r>
      <w:r w:rsidR="00DA4FB4" w:rsidRPr="00DA4FB4">
        <w:rPr>
          <w:b/>
          <w:color w:val="1F4E78"/>
          <w:sz w:val="44"/>
          <w:lang w:val="ru-RU"/>
        </w:rPr>
        <w:t>, реализуемых в столовых (буфетах)</w:t>
      </w:r>
    </w:p>
    <w:p w14:paraId="1D677D81" w14:textId="6758E192" w:rsidR="0081006B" w:rsidRPr="0081006B" w:rsidRDefault="0081006B" w:rsidP="0081006B">
      <w:pPr>
        <w:widowControl w:val="0"/>
        <w:autoSpaceDE w:val="0"/>
        <w:autoSpaceDN w:val="0"/>
        <w:spacing w:after="0" w:line="240" w:lineRule="auto"/>
        <w:jc w:val="center"/>
        <w:rPr>
          <w:b/>
          <w:color w:val="1F4E78"/>
          <w:sz w:val="24"/>
          <w:szCs w:val="12"/>
          <w:lang w:val="ru-RU"/>
        </w:rPr>
      </w:pPr>
      <w:r w:rsidRPr="0081006B">
        <w:rPr>
          <w:b/>
          <w:color w:val="1F4E78"/>
          <w:sz w:val="24"/>
          <w:szCs w:val="12"/>
          <w:lang w:val="ru-RU"/>
        </w:rPr>
        <w:t xml:space="preserve">при оказании услуг общественного питания в государственных бюджетных образовательных учреждениях, находящихся в ведении Администрации </w:t>
      </w:r>
    </w:p>
    <w:p w14:paraId="2A6CA041" w14:textId="0FFBABFE" w:rsidR="00DA4FB4" w:rsidRPr="00DA4FB4" w:rsidRDefault="0081006B" w:rsidP="0081006B">
      <w:pPr>
        <w:widowControl w:val="0"/>
        <w:autoSpaceDE w:val="0"/>
        <w:autoSpaceDN w:val="0"/>
        <w:spacing w:after="0" w:line="240" w:lineRule="auto"/>
        <w:jc w:val="center"/>
        <w:rPr>
          <w:b/>
          <w:color w:val="1F4E78"/>
          <w:sz w:val="44"/>
          <w:lang w:val="ru-RU"/>
        </w:rPr>
      </w:pPr>
      <w:r w:rsidRPr="0081006B">
        <w:rPr>
          <w:b/>
          <w:color w:val="1F4E78"/>
          <w:sz w:val="24"/>
          <w:szCs w:val="12"/>
          <w:lang w:val="ru-RU"/>
        </w:rPr>
        <w:t xml:space="preserve">Невского района Санкт-Петербурга </w:t>
      </w:r>
      <w:r w:rsidRPr="0081006B">
        <w:rPr>
          <w:b/>
          <w:color w:val="1F4E78"/>
          <w:sz w:val="24"/>
          <w:szCs w:val="12"/>
          <w:lang w:val="ru-RU"/>
        </w:rPr>
        <w:br/>
      </w:r>
    </w:p>
    <w:p w14:paraId="224B12A5" w14:textId="77777777" w:rsidR="00A43298" w:rsidRDefault="00A43298" w:rsidP="00371828">
      <w:pPr>
        <w:jc w:val="center"/>
        <w:rPr>
          <w:color w:val="203040"/>
          <w:sz w:val="30"/>
          <w:lang w:val="ru-RU"/>
        </w:rPr>
      </w:pPr>
    </w:p>
    <w:p w14:paraId="7376BFBD" w14:textId="77777777" w:rsidR="00371828" w:rsidRDefault="00371828" w:rsidP="00371828">
      <w:pPr>
        <w:jc w:val="center"/>
        <w:rPr>
          <w:color w:val="203040"/>
          <w:sz w:val="30"/>
          <w:lang w:val="ru-RU"/>
        </w:rPr>
      </w:pPr>
    </w:p>
    <w:p w14:paraId="2E3D429F" w14:textId="77777777" w:rsidR="00371828" w:rsidRDefault="00371828" w:rsidP="00371828">
      <w:pPr>
        <w:jc w:val="center"/>
        <w:rPr>
          <w:color w:val="203040"/>
          <w:sz w:val="30"/>
          <w:lang w:val="ru-RU"/>
        </w:rPr>
      </w:pPr>
    </w:p>
    <w:p w14:paraId="2DA6A6F4" w14:textId="77777777" w:rsidR="00371828" w:rsidRPr="0012791A" w:rsidRDefault="00371828" w:rsidP="00371828">
      <w:pPr>
        <w:jc w:val="center"/>
        <w:rPr>
          <w:lang w:val="ru-RU"/>
        </w:rPr>
      </w:pPr>
    </w:p>
    <w:p w14:paraId="56BE38DA" w14:textId="77777777" w:rsidR="0081006B" w:rsidRDefault="0081006B" w:rsidP="00371828">
      <w:pPr>
        <w:spacing w:before="520"/>
        <w:jc w:val="center"/>
        <w:rPr>
          <w:b/>
          <w:color w:val="1F4E78"/>
          <w:sz w:val="26"/>
          <w:lang w:val="ru-RU"/>
        </w:rPr>
      </w:pPr>
    </w:p>
    <w:p w14:paraId="0E2A1DE7" w14:textId="77777777" w:rsidR="0081006B" w:rsidRDefault="0081006B" w:rsidP="00371828">
      <w:pPr>
        <w:spacing w:before="520"/>
        <w:jc w:val="center"/>
        <w:rPr>
          <w:b/>
          <w:color w:val="1F4E78"/>
          <w:sz w:val="26"/>
          <w:lang w:val="ru-RU"/>
        </w:rPr>
      </w:pPr>
    </w:p>
    <w:p w14:paraId="6D5FAAB1" w14:textId="5A97D743" w:rsidR="00371828" w:rsidRPr="002D6B93" w:rsidRDefault="00371828" w:rsidP="00371828">
      <w:pPr>
        <w:spacing w:before="520"/>
        <w:jc w:val="center"/>
        <w:rPr>
          <w:lang w:val="ru-RU"/>
        </w:rPr>
      </w:pPr>
      <w:r w:rsidRPr="002D6B93">
        <w:rPr>
          <w:b/>
          <w:color w:val="1F4E78"/>
          <w:sz w:val="26"/>
          <w:lang w:val="ru-RU"/>
        </w:rPr>
        <w:t>2026</w:t>
      </w:r>
      <w:r>
        <w:rPr>
          <w:b/>
          <w:color w:val="1F4E78"/>
          <w:sz w:val="26"/>
          <w:lang w:val="ru-RU"/>
        </w:rPr>
        <w:t xml:space="preserve">–2027 </w:t>
      </w:r>
      <w:r w:rsidRPr="002D6B93">
        <w:rPr>
          <w:b/>
          <w:color w:val="1F4E78"/>
          <w:sz w:val="26"/>
          <w:lang w:val="ru-RU"/>
        </w:rPr>
        <w:t>учебный год</w:t>
      </w:r>
    </w:p>
    <w:p w14:paraId="46E035BC" w14:textId="02AB7929" w:rsidR="006F6521" w:rsidRPr="002D6B93" w:rsidRDefault="00C15079" w:rsidP="00371828">
      <w:pPr>
        <w:rPr>
          <w:lang w:val="ru-RU"/>
        </w:rPr>
      </w:pPr>
      <w:r>
        <w:rPr>
          <w:b/>
          <w:color w:val="1F4E78"/>
          <w:sz w:val="28"/>
          <w:lang w:val="ru-RU"/>
        </w:rPr>
        <w:t>ВЫПЕЧКА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9B24AA" w14:paraId="6CF844F9" w14:textId="77777777" w:rsidTr="00C15079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A34DB" w14:textId="764239F2" w:rsidR="009B24AA" w:rsidRPr="005E187D" w:rsidRDefault="009B24A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A7AF1" w14:textId="77777777" w:rsidR="009B24AA" w:rsidRPr="00AF7D4F" w:rsidRDefault="009B24A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B5108" w14:textId="77777777" w:rsidR="009B24AA" w:rsidRPr="00AF7D4F" w:rsidRDefault="009B24A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 xml:space="preserve">Вес блюда, </w:t>
            </w:r>
            <w:r w:rsidRPr="00AF7D4F">
              <w:rPr>
                <w:b/>
                <w:color w:val="FFFFFF"/>
                <w:sz w:val="14"/>
                <w:szCs w:val="14"/>
              </w:rPr>
              <w:lastRenderedPageBreak/>
              <w:t>гр.</w:t>
            </w:r>
          </w:p>
        </w:tc>
      </w:tr>
      <w:tr w:rsidR="009B24AA" w14:paraId="25920B8B" w14:textId="77777777" w:rsidTr="00C15079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0B7AFF0B" w14:textId="77777777" w:rsidR="009B24AA" w:rsidRPr="00AF7D4F" w:rsidRDefault="009B24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089702C5" w14:textId="77777777" w:rsidR="009B24AA" w:rsidRPr="00AF7D4F" w:rsidRDefault="009B24A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2451F4C4" w14:textId="77777777" w:rsidR="009B24AA" w:rsidRPr="00AF7D4F" w:rsidRDefault="009B24AA">
            <w:pPr>
              <w:jc w:val="center"/>
              <w:rPr>
                <w:sz w:val="14"/>
                <w:szCs w:val="14"/>
              </w:rPr>
            </w:pPr>
          </w:p>
        </w:tc>
      </w:tr>
      <w:tr w:rsidR="00C55E52" w:rsidRPr="00134E77" w14:paraId="443FD349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18BB1" w14:textId="37BE7CCC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229B6" w14:textId="77777777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Хачапури имеретинские (из дрожжевого теста)</w:t>
            </w:r>
          </w:p>
          <w:p w14:paraId="5B1F3103" w14:textId="3E8BF059" w:rsidR="00C55E52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Дрожжи, Сыр, Яйцо столовое, Масло подсолнечное, Масло сливочное</w:t>
            </w:r>
          </w:p>
          <w:p w14:paraId="77E8E7FA" w14:textId="181D0F3A" w:rsidR="00C55E52" w:rsidRPr="00C55E52" w:rsidRDefault="00C55E52" w:rsidP="00C55E52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- 6.6, Жиры - 6.2, Углеводы - 16.6, Калорийность - 195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86A91" w14:textId="46BD7E39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C55E52" w:rsidRPr="00134E77" w14:paraId="5F148694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5F997C12" w14:textId="5AE55438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2A6B4" w14:textId="77777777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Хачапури слоеные</w:t>
            </w:r>
          </w:p>
          <w:p w14:paraId="1E39B59A" w14:textId="01D94DC5" w:rsidR="00C55E52" w:rsidRPr="008D6200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C55E52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C55E52">
              <w:rPr>
                <w:color w:val="203040"/>
                <w:sz w:val="14"/>
                <w:szCs w:val="14"/>
                <w:lang w:val="ru-RU"/>
              </w:rPr>
              <w:t>, Мука пшеничная, Сыр, Картофель, Яйцо столовое.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- 9.1, Жиры - 14.7, Углеводы - 24, Калорийность - 265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8A07A" w14:textId="39EF853B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C55E52" w:rsidRPr="00134E77" w14:paraId="5B9BF7B4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317BD573" w14:textId="0FDC12C6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AA870" w14:textId="77777777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Гребешок из дрожжевого теста с шоколадной начинкой</w:t>
            </w:r>
          </w:p>
          <w:p w14:paraId="0217CC1A" w14:textId="03F4FDEA" w:rsidR="00C55E52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Мука пшеничная, Соль, Дрожжи, Сахарный песок, Корица, Какао порошок, Масло сливочное, Яйцо столовое, Масло подсолнечное, Сахарная пудра</w:t>
            </w:r>
            <w:r>
              <w:rPr>
                <w:color w:val="203040"/>
                <w:sz w:val="14"/>
                <w:szCs w:val="14"/>
                <w:lang w:val="ru-RU"/>
              </w:rPr>
              <w:t>.</w:t>
            </w:r>
            <w:r w:rsidRPr="00C55E52">
              <w:rPr>
                <w:color w:val="203040"/>
                <w:sz w:val="14"/>
                <w:szCs w:val="14"/>
                <w:lang w:val="ru-RU"/>
              </w:rPr>
              <w:t xml:space="preserve"> </w:t>
            </w:r>
          </w:p>
          <w:p w14:paraId="76B87604" w14:textId="65FDC5B4" w:rsidR="00C55E52" w:rsidRPr="00C55E52" w:rsidRDefault="00C55E52" w:rsidP="00C55E52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- 5.15, Жиры - 4.67, Углеводы - 39.8, Калорийность - 219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45E1B" w14:textId="591DA8BC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C55E52" w:rsidRPr="00134E77" w14:paraId="05B35DE2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097AA875" w14:textId="032E84B7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A281A" w14:textId="77777777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Крендель сахарный</w:t>
            </w:r>
          </w:p>
          <w:p w14:paraId="077C35DE" w14:textId="1D396585" w:rsidR="00C55E52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Мука пшеничная, Масло сливочное, Соль, Дрожжи, Сахарный песок, Яйцо столовое, Масло подсолнечное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. </w:t>
            </w:r>
          </w:p>
          <w:p w14:paraId="419D51D7" w14:textId="5B347BBF" w:rsidR="00C55E52" w:rsidRPr="00C55E52" w:rsidRDefault="00C55E52" w:rsidP="00C55E52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- 5.7, Жиры - 10.5, Углеводы - 44.6, Калорийность - 296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98DEE" w14:textId="00739D3E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C55E52" w:rsidRPr="00C55E52" w14:paraId="1E55F9B3" w14:textId="77777777" w:rsidTr="00C15079">
        <w:trPr>
          <w:cantSplit/>
          <w:trHeight w:val="104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4D25522F" w14:textId="6D195F1F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C5D8C" w14:textId="38D1D77D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Ветчина </w:t>
            </w:r>
            <w:r w:rsidR="00F068E3">
              <w:rPr>
                <w:b/>
                <w:bCs/>
                <w:color w:val="203040"/>
                <w:sz w:val="24"/>
                <w:szCs w:val="24"/>
                <w:lang w:val="ru-RU"/>
              </w:rPr>
              <w:t>куриная</w:t>
            </w: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, запеченная с сыром в тесте</w:t>
            </w:r>
          </w:p>
          <w:p w14:paraId="6B583C83" w14:textId="710350CF" w:rsidR="00C55E52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Соль, Дрожжи, Мука пшеничная, Ветчина, Сыр, Яйцо столовое, Масло подсолнечное, Кунжут</w:t>
            </w:r>
          </w:p>
          <w:p w14:paraId="2BCEBFEC" w14:textId="68F1EDC6" w:rsidR="00C55E52" w:rsidRPr="00C55E52" w:rsidRDefault="00C55E52" w:rsidP="00C55E52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- 9.1, Жиры - 9.3, Углеводы - 30.8, Калорийность - 285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59B53" w14:textId="38FAA666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85 г</w:t>
            </w:r>
          </w:p>
        </w:tc>
      </w:tr>
      <w:tr w:rsidR="00C55E52" w:rsidRPr="00C55E52" w14:paraId="74164597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620BAF28" w14:textId="18668AB3" w:rsidR="00C55E52" w:rsidRPr="00C15079" w:rsidRDefault="00C55E52" w:rsidP="00C55E52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</w:t>
            </w:r>
            <w:r w:rsidR="00F068E3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</w:t>
            </w: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4F309" w14:textId="77777777" w:rsidR="00C55E52" w:rsidRPr="00C15079" w:rsidRDefault="00C55E52" w:rsidP="00C55E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Ватрушка с творогом</w:t>
            </w:r>
          </w:p>
          <w:p w14:paraId="19D41794" w14:textId="2452E942" w:rsidR="00C55E52" w:rsidRDefault="00C55E52" w:rsidP="00C55E52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Масло сливочное, Соль, Дрожжи, Масло подсолнечное, Творог, Сахарный песок, Яйцо столовое, Мука пшеничная</w:t>
            </w:r>
          </w:p>
          <w:p w14:paraId="754B7987" w14:textId="3D30AFCE" w:rsidR="00C55E52" w:rsidRPr="00C55E52" w:rsidRDefault="00C55E52" w:rsidP="00C55E52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- 6.1, Жиры - 3.2, Углеводы - 21.7, Калорийность - 141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234BD" w14:textId="71E058D5" w:rsidR="00C55E52" w:rsidRPr="00C15079" w:rsidRDefault="00C55E52" w:rsidP="00C55E52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4077BA" w:rsidRPr="00C55E52" w14:paraId="4B94C3A0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DA7B7" w14:textId="17A0FF4E" w:rsidR="004077BA" w:rsidRPr="00C15079" w:rsidRDefault="004077BA" w:rsidP="004077B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DE3EB" w14:textId="5B5081E8" w:rsidR="004077BA" w:rsidRPr="00C15079" w:rsidRDefault="004077BA" w:rsidP="004077B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Ватрушка «Венгерская»</w:t>
            </w:r>
          </w:p>
          <w:p w14:paraId="5EC17278" w14:textId="67400F7F" w:rsidR="004077BA" w:rsidRDefault="004077BA" w:rsidP="004077BA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Дрожжи, Масло сливочное, Соль, Молоко, Творог, Яйцо столовое, Мука пшеничная, Сахарный песок, Лимон свежий, Сахарная пудра</w:t>
            </w:r>
            <w:r>
              <w:rPr>
                <w:color w:val="203040"/>
                <w:sz w:val="14"/>
                <w:szCs w:val="14"/>
                <w:lang w:val="ru-RU"/>
              </w:rPr>
              <w:t>.</w:t>
            </w:r>
          </w:p>
          <w:p w14:paraId="5847E94D" w14:textId="70BE2D5A" w:rsidR="004077BA" w:rsidRPr="004077BA" w:rsidRDefault="004077BA" w:rsidP="004077B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- 3.69, Жиры - 11.45, Углеводы - 29.02, Калорийность - 234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E164C" w14:textId="1166A6B2" w:rsidR="004077BA" w:rsidRPr="00C15079" w:rsidRDefault="004077BA" w:rsidP="004077B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85 г</w:t>
            </w:r>
          </w:p>
        </w:tc>
      </w:tr>
      <w:tr w:rsidR="004077BA" w:rsidRPr="00C55E52" w14:paraId="0DEE560B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ABB49" w14:textId="7A236DA9" w:rsidR="004077BA" w:rsidRPr="00C15079" w:rsidRDefault="00181424" w:rsidP="004077B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388F4" w14:textId="77777777" w:rsidR="004077BA" w:rsidRPr="00C15079" w:rsidRDefault="00507943" w:rsidP="004077B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Шаньга (ватрушка с картофелем и сыром из дрожжевого теста)</w:t>
            </w:r>
          </w:p>
          <w:p w14:paraId="78BCCE85" w14:textId="6057BFB6" w:rsidR="00507943" w:rsidRDefault="00181424" w:rsidP="004077BA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Сахарный песок, Дрожжи, Молоко, Мука пшеничная, Масло подсолнечное, Картофель очищенный, Яйцо столовое, Масло сливочное, Соль, Сметана, Сыр</w:t>
            </w:r>
          </w:p>
          <w:p w14:paraId="5BBFDA7A" w14:textId="6CA55E9E" w:rsidR="00181424" w:rsidRPr="00507943" w:rsidRDefault="00181424" w:rsidP="004077B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- 6.73, Жиры - 5.82, Углеводы - 33.34, Калорийность - 208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D56EE" w14:textId="7F31032F" w:rsidR="004077BA" w:rsidRPr="00C15079" w:rsidRDefault="00181424" w:rsidP="004077B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85 г</w:t>
            </w:r>
          </w:p>
        </w:tc>
      </w:tr>
      <w:tr w:rsidR="00776046" w:rsidRPr="00C55E52" w14:paraId="28807E47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799CC" w14:textId="4F7FCB84" w:rsidR="00776046" w:rsidRPr="00C15079" w:rsidRDefault="00776046" w:rsidP="00776046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F833F" w14:textId="77777777" w:rsidR="00776046" w:rsidRPr="00C15079" w:rsidRDefault="00776046" w:rsidP="0077604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Ватрушка с повидлом</w:t>
            </w:r>
          </w:p>
          <w:p w14:paraId="230AF9EE" w14:textId="63C1743A" w:rsidR="00776046" w:rsidRDefault="00776046" w:rsidP="00776046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Сахарный песок, Масло сливочное, Соль, Дрожжи, Мука пшеничная, Масло подсолнечное, Яйцо столовое, Повидло яблочное</w:t>
            </w:r>
          </w:p>
          <w:p w14:paraId="2083EA9F" w14:textId="7722E49E" w:rsidR="00776046" w:rsidRPr="008D6200" w:rsidRDefault="00776046" w:rsidP="00776046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- 6.1, Жиры - 3.2, Углеводы - 21.7, Калорийность - 141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CA27C" w14:textId="0A237AC3" w:rsidR="00776046" w:rsidRPr="00C15079" w:rsidRDefault="00776046" w:rsidP="00776046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776046" w:rsidRPr="00134E77" w14:paraId="6DD4A111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2521AD24" w14:textId="36D2DFF7" w:rsidR="00776046" w:rsidRPr="00C15079" w:rsidRDefault="00F068E3" w:rsidP="00776046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</w:t>
            </w:r>
            <w:r w:rsidR="00776046"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62249" w14:textId="77777777" w:rsidR="00776046" w:rsidRPr="00C15079" w:rsidRDefault="00776046" w:rsidP="0077604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 корицей</w:t>
            </w:r>
          </w:p>
          <w:p w14:paraId="40CE112D" w14:textId="07FD7660" w:rsidR="00776046" w:rsidRDefault="00776046" w:rsidP="00776046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Дрожжи, Соль, Корица, Яйцо столовое, Масло подсолнечное</w:t>
            </w:r>
          </w:p>
          <w:p w14:paraId="17FBF3A8" w14:textId="3C75D034" w:rsidR="00776046" w:rsidRPr="008D6200" w:rsidRDefault="00776046" w:rsidP="00776046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- 3.6, Жиры - 3, Углеводы - 27.2, Калорийность - 152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F22A3" w14:textId="1C8B2DB1" w:rsidR="00776046" w:rsidRPr="00C15079" w:rsidRDefault="00776046" w:rsidP="00776046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8C1CCF" w:rsidRPr="00C55E52" w14:paraId="773CF432" w14:textId="77777777" w:rsidTr="00C15079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vAlign w:val="center"/>
          </w:tcPr>
          <w:p w14:paraId="21163E56" w14:textId="22948988" w:rsidR="008C1CCF" w:rsidRPr="00C15079" w:rsidRDefault="008C1CCF" w:rsidP="008C1CC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EB31" w14:textId="77777777" w:rsidR="008C1CCF" w:rsidRPr="00C15079" w:rsidRDefault="008C1CCF" w:rsidP="008C1CC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сырная с кунжутом</w:t>
            </w:r>
          </w:p>
          <w:p w14:paraId="688786E6" w14:textId="6D2A1395" w:rsidR="008C1CCF" w:rsidRDefault="008C1CCF" w:rsidP="008C1CCF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Pr="00F068E3">
              <w:rPr>
                <w:color w:val="203040"/>
                <w:sz w:val="14"/>
                <w:szCs w:val="14"/>
                <w:shd w:val="clear" w:color="auto" w:fill="FFFFFF" w:themeFill="background1"/>
                <w:lang w:val="ru-RU"/>
              </w:rPr>
              <w:t>Дрожжи, Сахарный песок, Соль, Масло</w:t>
            </w:r>
            <w:r w:rsidRPr="00C55E52">
              <w:rPr>
                <w:color w:val="203040"/>
                <w:sz w:val="14"/>
                <w:szCs w:val="14"/>
                <w:lang w:val="ru-RU"/>
              </w:rPr>
              <w:t xml:space="preserve"> сливочное, Мука пшеничная, Томатная паста, </w:t>
            </w:r>
            <w:r w:rsidR="00B35E11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B35E11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C55E52">
              <w:rPr>
                <w:color w:val="203040"/>
                <w:sz w:val="14"/>
                <w:szCs w:val="14"/>
                <w:lang w:val="ru-RU"/>
              </w:rPr>
              <w:t>, Сыр, Яйцо столовое, Молоко, Кунжут, Масло подсолнечное</w:t>
            </w:r>
          </w:p>
          <w:p w14:paraId="6D622AA7" w14:textId="4E2108A0" w:rsidR="008C1CCF" w:rsidRPr="008D6200" w:rsidRDefault="00E97B17" w:rsidP="008C1CC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- 8.03, Жиры - 6.2, Углеводы - 27.6, Калорийность - 188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B3875" w14:textId="324F0610" w:rsidR="008C1CCF" w:rsidRPr="00C15079" w:rsidRDefault="008C1CCF" w:rsidP="008C1CC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8C1CCF" w:rsidRPr="008D6200" w14:paraId="64448FED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bottom w:val="single" w:sz="4" w:space="0" w:color="auto"/>
            </w:tcBorders>
            <w:shd w:val="clear" w:color="auto" w:fill="EAF0F6"/>
            <w:vAlign w:val="center"/>
          </w:tcPr>
          <w:p w14:paraId="2AD4F67A" w14:textId="77777777" w:rsidR="008C1CCF" w:rsidRPr="00C15079" w:rsidRDefault="008C1CCF" w:rsidP="008C1CC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tcBorders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07C43" w14:textId="77777777" w:rsidR="008C1CCF" w:rsidRPr="00C15079" w:rsidRDefault="008C1CCF" w:rsidP="008C1CC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 повидлом обсыпная</w:t>
            </w:r>
          </w:p>
          <w:p w14:paraId="78ABFD4A" w14:textId="2ACE734D" w:rsidR="008C1CCF" w:rsidRDefault="008C1CCF" w:rsidP="008C1CCF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Состав: Сахарный песок, Дрожжи, Яйцо столовое, Соль, Повидло яблочное, Мука пшеничная, Масло сливочное, Масло подсолнечное</w:t>
            </w:r>
          </w:p>
          <w:p w14:paraId="7920EFBF" w14:textId="77777777" w:rsidR="008C1CCF" w:rsidRPr="008D6200" w:rsidRDefault="008C1CCF" w:rsidP="008C1CCF">
            <w:pPr>
              <w:rPr>
                <w:color w:val="203040"/>
                <w:sz w:val="14"/>
                <w:szCs w:val="14"/>
                <w:lang w:val="ru-RU"/>
              </w:rPr>
            </w:pPr>
            <w:r w:rsidRPr="00C55E52">
              <w:rPr>
                <w:color w:val="203040"/>
                <w:sz w:val="14"/>
                <w:szCs w:val="14"/>
                <w:lang w:val="ru-RU"/>
              </w:rPr>
              <w:t>Пищевая ценность: Белки - 5, Жиры - 10.8, Углеводы - 30.8, Калорийность - 240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A79EE" w14:textId="77777777" w:rsidR="008C1CCF" w:rsidRPr="00C15079" w:rsidRDefault="008C1CCF" w:rsidP="008C1CC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E97B17" w:rsidRPr="00C55E52" w14:paraId="562A7EB1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78710A89" w14:textId="43009374" w:rsidR="00E97B17" w:rsidRPr="00C15079" w:rsidRDefault="00E97B17" w:rsidP="00E97B17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A20A8" w14:textId="77777777" w:rsidR="00E97B17" w:rsidRPr="00C15079" w:rsidRDefault="00E97B17" w:rsidP="00E97B1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 орехами</w:t>
            </w:r>
          </w:p>
          <w:p w14:paraId="634AF5D0" w14:textId="198A0AAC" w:rsidR="00E97B17" w:rsidRDefault="00E97B17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Яйцо столовое, Молоко, Изюм, Орехи грецкие очищенные, Соль, Дрожжи, Ванилин, Масло подсолнечное</w:t>
            </w:r>
          </w:p>
          <w:p w14:paraId="23AE2B06" w14:textId="36B35E56" w:rsidR="00E97B17" w:rsidRPr="008D6200" w:rsidRDefault="00E97B17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- 7.2, Жиры - 9.8, Углеводы - 53.6, Калорийность - 333</w:t>
            </w:r>
            <w:r w:rsidR="00DE6C3F" w:rsidRPr="00DE6C3F">
              <w:rPr>
                <w:b/>
                <w:bCs/>
                <w:color w:val="203040"/>
                <w:sz w:val="14"/>
                <w:szCs w:val="14"/>
                <w:lang w:val="ru-RU"/>
              </w:rPr>
              <w:t xml:space="preserve"> 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54564" w14:textId="63A63EF0" w:rsidR="00E97B17" w:rsidRPr="00C15079" w:rsidRDefault="00E97B17" w:rsidP="00E97B17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E97B17" w:rsidRPr="00C55E52" w14:paraId="17C8CE3B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374B2085" w14:textId="5273E764" w:rsidR="00E97B17" w:rsidRPr="00C15079" w:rsidRDefault="00F068E3" w:rsidP="00E97B17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</w:t>
            </w:r>
            <w:r w:rsidR="00DE6C3F"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F2ACE" w14:textId="77777777" w:rsidR="00E97B17" w:rsidRPr="00C15079" w:rsidRDefault="00DE6C3F" w:rsidP="00E97B1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домашняя</w:t>
            </w:r>
          </w:p>
          <w:p w14:paraId="48A17B3D" w14:textId="00918C7D" w:rsidR="00DE6C3F" w:rsidRDefault="00DE6C3F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Яйцо столовое, Соль, Дрожжи, Масло подсолнечное</w:t>
            </w:r>
          </w:p>
          <w:p w14:paraId="582B6E73" w14:textId="06CFB31E" w:rsidR="00DE6C3F" w:rsidRPr="008D6200" w:rsidRDefault="00DE6C3F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- 6.6, Жиры - 12.4, Углеводы - 55.8, Калорийность - 360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90D58" w14:textId="37C73C5A" w:rsidR="00E97B17" w:rsidRPr="00C15079" w:rsidRDefault="00DE6C3F" w:rsidP="00E97B17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E97B17" w:rsidRPr="00C55E52" w14:paraId="2FC8374B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0D9C6C9A" w14:textId="3F9F29B4" w:rsidR="00E97B17" w:rsidRPr="00C15079" w:rsidRDefault="00DE6C3F" w:rsidP="00E97B17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1B5B4" w14:textId="77777777" w:rsidR="00E97B17" w:rsidRPr="00C15079" w:rsidRDefault="00DE6C3F" w:rsidP="00E97B1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 яблоками</w:t>
            </w:r>
          </w:p>
          <w:p w14:paraId="1DE2001D" w14:textId="53B7367E" w:rsidR="00DE6C3F" w:rsidRDefault="00DE6C3F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Мука пшеничная, Дрожжи, Масло сливочное, Сметана, Соль, Молоко, Яблоки свежие, Сахарный песок, Яйцо столовое, Масло подсолнечное</w:t>
            </w:r>
          </w:p>
          <w:p w14:paraId="44FF0824" w14:textId="62A73E61" w:rsidR="00DE6C3F" w:rsidRPr="00DE6C3F" w:rsidRDefault="00DE6C3F" w:rsidP="00E97B17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- 7.76, Жиры - 7.1, Углеводы - 50.63, Калорийность - 297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82FC3" w14:textId="727B2450" w:rsidR="00E97B17" w:rsidRPr="00C15079" w:rsidRDefault="00DE6C3F" w:rsidP="00E97B17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</w:t>
            </w:r>
            <w:r w:rsidR="007C597F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00</w:t>
            </w: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E97B17" w:rsidRPr="00134E77" w14:paraId="227A9389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2EFE0280" w14:textId="3155BBFA" w:rsidR="00E97B17" w:rsidRPr="00C15079" w:rsidRDefault="00F567D3" w:rsidP="00E97B17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79A3C" w14:textId="4380C37D" w:rsidR="00E97B17" w:rsidRPr="00C15079" w:rsidRDefault="00F60194" w:rsidP="00E97B1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куриным фаршем </w:t>
            </w:r>
          </w:p>
          <w:p w14:paraId="74132AEB" w14:textId="0EF50C81" w:rsidR="00F60194" w:rsidRDefault="00F60194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 xml:space="preserve">Состав: Сахарный песок, Масло сливочное, Дрожжи, </w:t>
            </w:r>
            <w:r w:rsidR="00D47800">
              <w:rPr>
                <w:color w:val="203040"/>
                <w:sz w:val="14"/>
                <w:szCs w:val="14"/>
                <w:lang w:val="ru-RU"/>
              </w:rPr>
              <w:t xml:space="preserve">мясо </w:t>
            </w:r>
            <w:r w:rsidRPr="00E97B17">
              <w:rPr>
                <w:color w:val="203040"/>
                <w:sz w:val="14"/>
                <w:szCs w:val="14"/>
                <w:lang w:val="ru-RU"/>
              </w:rPr>
              <w:t>куриное, Лук репчатый св., Соль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E97B17">
              <w:rPr>
                <w:color w:val="203040"/>
                <w:sz w:val="14"/>
                <w:szCs w:val="14"/>
                <w:lang w:val="ru-RU"/>
              </w:rPr>
              <w:t xml:space="preserve"> Мука пшеничная, Масло подсолнечное, Яйцо столовое.</w:t>
            </w:r>
          </w:p>
          <w:p w14:paraId="61B2C290" w14:textId="706F8BCD" w:rsidR="00F60194" w:rsidRPr="008D6200" w:rsidRDefault="00F60194" w:rsidP="00E97B17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- 7.18, Жиры - 8.46, Углеводы - 16.05, Калорийность - 154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EF4E4" w14:textId="281FB9BD" w:rsidR="00E97B17" w:rsidRPr="00C15079" w:rsidRDefault="00F567D3" w:rsidP="00E97B17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F567D3" w:rsidRPr="00134E77" w14:paraId="56A96EDA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37AA5F4" w14:textId="2A04EE0D" w:rsidR="00F567D3" w:rsidRPr="00C15079" w:rsidRDefault="00F567D3" w:rsidP="00F567D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86657" w14:textId="3DD87C49" w:rsidR="00F567D3" w:rsidRPr="00C15079" w:rsidRDefault="00F567D3" w:rsidP="00F567D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картофелем и луком </w:t>
            </w:r>
          </w:p>
          <w:p w14:paraId="557A46E0" w14:textId="670C0ABF" w:rsidR="00F567D3" w:rsidRDefault="00F567D3" w:rsidP="00F567D3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 xml:space="preserve">Состав: Сахарный песок, Дрожжи, Картофель, Лук репчатый св., Соль, Мука пшеничная, Масло подсолнечное, Яйцо столовое </w:t>
            </w:r>
          </w:p>
          <w:p w14:paraId="233D6629" w14:textId="3711A308" w:rsidR="00F567D3" w:rsidRPr="008D6200" w:rsidRDefault="00F567D3" w:rsidP="00F567D3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- 3.5, Жиры - 2.2, Углеводы - 20, Калорийность - 114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4ECE5" w14:textId="0FF4FD06" w:rsidR="00F567D3" w:rsidRPr="00C15079" w:rsidRDefault="00F567D3" w:rsidP="00F567D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F567D3" w:rsidRPr="00C55E52" w14:paraId="06A36F2B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3D0E78B6" w14:textId="08121A63" w:rsidR="00F567D3" w:rsidRPr="00C15079" w:rsidRDefault="00F567D3" w:rsidP="00F567D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892CA" w14:textId="3524C93F" w:rsidR="00F567D3" w:rsidRPr="00C15079" w:rsidRDefault="00F567D3" w:rsidP="00F567D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вишней </w:t>
            </w:r>
          </w:p>
          <w:p w14:paraId="0C1F4EAC" w14:textId="3CCE18DE" w:rsidR="00F567D3" w:rsidRDefault="00F567D3" w:rsidP="00F567D3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Соль, Дрожжи, Вишня замороженная, Сахарный песок, Мука пшеничная, Масло подсолнечное, Яйцо столовое</w:t>
            </w:r>
          </w:p>
          <w:p w14:paraId="6F39BDF3" w14:textId="7BBD7FD2" w:rsidR="00F567D3" w:rsidRPr="00E97B17" w:rsidRDefault="00F567D3" w:rsidP="00F567D3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- 3.9, Жиры - 2.4, Углеводы - 25, Калорийность - 138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8F955" w14:textId="36B2FEA7" w:rsidR="00F567D3" w:rsidRPr="00C15079" w:rsidRDefault="00F567D3" w:rsidP="00F567D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F567D3" w:rsidRPr="00134E77" w14:paraId="174F7DFC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46EC7DA4" w14:textId="6EB3C601" w:rsidR="00F567D3" w:rsidRPr="00C15079" w:rsidRDefault="00690B65" w:rsidP="00F567D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D134E" w14:textId="5F494FB9" w:rsidR="00F567D3" w:rsidRPr="00C15079" w:rsidRDefault="00690B65" w:rsidP="00F567D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зеленым луком и яйцом </w:t>
            </w:r>
          </w:p>
          <w:p w14:paraId="03DB7A2A" w14:textId="427B02E0" w:rsidR="00690B65" w:rsidRDefault="00690B65" w:rsidP="00F567D3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Дрожжи, Лук зеленый, Масло сливочное, Соль, Масло подсолнечное, Яйцо столовое </w:t>
            </w:r>
          </w:p>
          <w:p w14:paraId="799CDF2E" w14:textId="21112F4A" w:rsidR="00690B65" w:rsidRPr="00DE6C3F" w:rsidRDefault="00690B65" w:rsidP="00F567D3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- 3, Жиры - 3.6, Углеводы - 15.1, Калорийность - 106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AE96A" w14:textId="5710D7D2" w:rsidR="00F567D3" w:rsidRPr="00C15079" w:rsidRDefault="00690B65" w:rsidP="00F567D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757AF" w:rsidRPr="00134E77" w14:paraId="1537D360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FA0FC7E" w14:textId="36490681" w:rsidR="00C757AF" w:rsidRPr="00C15079" w:rsidRDefault="00C757AF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DA80C" w14:textId="77777777" w:rsidR="00C757AF" w:rsidRPr="00C15079" w:rsidRDefault="00C757AF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творогом печеный сдобный</w:t>
            </w:r>
          </w:p>
          <w:p w14:paraId="0D572B22" w14:textId="2CE62827" w:rsidR="00C757AF" w:rsidRDefault="00C757AF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Соль, Дрожжи, Творог, Сахарный песок, Ванилин, Мука пшеничная, Масло подсолнечное, Яйцо столовое.</w:t>
            </w:r>
          </w:p>
          <w:p w14:paraId="3E0366B5" w14:textId="764C6B35" w:rsidR="00C757AF" w:rsidRPr="00C757AF" w:rsidRDefault="00C757AF" w:rsidP="00C757AF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- 6.25, Жиры - 4.4, Углеводы - 18.8, Калорийность - 141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80E0A" w14:textId="34642153" w:rsidR="00C757AF" w:rsidRPr="00C15079" w:rsidRDefault="00C757AF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757AF" w:rsidRPr="00134E77" w14:paraId="44FA5DDE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42FA6BCB" w14:textId="235AA916" w:rsidR="00C757AF" w:rsidRPr="00C15079" w:rsidRDefault="00C757AF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186D7" w14:textId="67331A3B" w:rsidR="00C757AF" w:rsidRPr="00C15079" w:rsidRDefault="00C757AF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фаршем мясным и яйцом</w:t>
            </w:r>
          </w:p>
          <w:p w14:paraId="69ED58F9" w14:textId="76AF2E8C" w:rsidR="00C757AF" w:rsidRDefault="00C757AF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Сахарный песок, Дрожжи, Говядина, Лук репчатый св., Соль, Мука пшеничная, Масло подсолнечное, Яйцо столовое.</w:t>
            </w:r>
          </w:p>
          <w:p w14:paraId="1C062C3B" w14:textId="475C3F72" w:rsidR="00C757AF" w:rsidRPr="00C757AF" w:rsidRDefault="00C757AF" w:rsidP="00C757AF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- 3.5, Жиры - 3.25, Углеводы - 27.38, Калорийность - 153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B92F9" w14:textId="4E11150F" w:rsidR="00C757AF" w:rsidRPr="00C15079" w:rsidRDefault="00C757AF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3AE37546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3EFE64A" w14:textId="614D10CC" w:rsidR="00C757AF" w:rsidRPr="00C15079" w:rsidRDefault="00C757AF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5F41B" w14:textId="55335C33" w:rsidR="00C757AF" w:rsidRPr="00C15079" w:rsidRDefault="00C757AF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лимоном</w:t>
            </w:r>
          </w:p>
          <w:p w14:paraId="054FBCCB" w14:textId="2B583A26" w:rsidR="00C757AF" w:rsidRDefault="00C757AF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Соль, Дрожжи, Молоко, Лимон свежий, Сахарный песок, Мука пшеничная, Яйцо столовое, Масло подсолнечное</w:t>
            </w:r>
          </w:p>
          <w:p w14:paraId="35627A27" w14:textId="470E61FC" w:rsidR="00C757AF" w:rsidRPr="00C757AF" w:rsidRDefault="00C757AF" w:rsidP="00C757AF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- 2.8, Жиры - 2.6, Углеводы - 21.9, Калорийность - 122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4F8C5" w14:textId="3863803B" w:rsidR="00C757AF" w:rsidRPr="00C15079" w:rsidRDefault="00C757AF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42CE4004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4316CD1B" w14:textId="7751E759" w:rsidR="00C757AF" w:rsidRPr="00C15079" w:rsidRDefault="007D3826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A8525" w14:textId="2E64F169" w:rsidR="00C757AF" w:rsidRPr="00C15079" w:rsidRDefault="007D3826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брусникой и яблоками </w:t>
            </w:r>
          </w:p>
          <w:p w14:paraId="59E1BCEE" w14:textId="2ABB4319" w:rsidR="007D3826" w:rsidRDefault="007D3826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Соль, Дрожжи, Брусника, Яблоки, Сахарный песок, Мука пшеничная, Масло подсолнечное, Яйцо столовое.</w:t>
            </w:r>
          </w:p>
          <w:p w14:paraId="5CC75402" w14:textId="7B7FCD77" w:rsidR="007D3826" w:rsidRPr="008D6200" w:rsidRDefault="007D3826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- 3.9, Жиры - 2.4, Углеводы - 25, Калорийность - 138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EAA57" w14:textId="49BE190C" w:rsidR="00C757AF" w:rsidRPr="00C15079" w:rsidRDefault="007D3826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3AA98D48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7D7AC366" w14:textId="57CE8D82" w:rsidR="00C757AF" w:rsidRPr="00C15079" w:rsidRDefault="00F22541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490D9" w14:textId="5EBEB292" w:rsidR="00C757AF" w:rsidRPr="00C15079" w:rsidRDefault="00F22541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фаршем рыбным и яйцом</w:t>
            </w:r>
          </w:p>
          <w:p w14:paraId="03D84535" w14:textId="24DFA35E" w:rsidR="00F22541" w:rsidRDefault="00F22541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Масло подсолнечное, Дрожжи, </w:t>
            </w:r>
            <w:r>
              <w:rPr>
                <w:color w:val="203040"/>
                <w:sz w:val="14"/>
                <w:szCs w:val="14"/>
                <w:lang w:val="ru-RU"/>
              </w:rPr>
              <w:t>рыб</w:t>
            </w:r>
            <w:r w:rsidR="00D47800">
              <w:rPr>
                <w:color w:val="203040"/>
                <w:sz w:val="14"/>
                <w:szCs w:val="14"/>
                <w:lang w:val="ru-RU"/>
              </w:rPr>
              <w:t>а</w:t>
            </w:r>
            <w:r w:rsidRPr="00E97B17">
              <w:rPr>
                <w:color w:val="203040"/>
                <w:sz w:val="14"/>
                <w:szCs w:val="14"/>
                <w:lang w:val="ru-RU"/>
              </w:rPr>
              <w:t>, Соль, Масло сливочное, Яйцо столовое.</w:t>
            </w:r>
          </w:p>
          <w:p w14:paraId="69A71A1C" w14:textId="01942F9C" w:rsidR="00F22541" w:rsidRPr="00F22541" w:rsidRDefault="00F22541" w:rsidP="00C757AF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- 12.4, Жиры - 8, Углеводы - 6.65, Калорийность - 90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1A054" w14:textId="4482F5F8" w:rsidR="00C757AF" w:rsidRPr="00C15079" w:rsidRDefault="00F22541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4D1F5530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59DCF83" w14:textId="77A471D9" w:rsidR="00C757AF" w:rsidRPr="00C15079" w:rsidRDefault="00BA15C1" w:rsidP="00C757AF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44D83" w14:textId="1A9FD0FF" w:rsidR="00C757AF" w:rsidRPr="00C15079" w:rsidRDefault="00402140" w:rsidP="00C757A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капустой и яйцом</w:t>
            </w:r>
          </w:p>
          <w:p w14:paraId="5A2D2585" w14:textId="7ECC1D40" w:rsidR="00402140" w:rsidRDefault="00402140" w:rsidP="00C757AF">
            <w:pPr>
              <w:rPr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Состав: Сахарный песок, Соль, Дрожжи, Капуста Б/К, Мука пшеничная, Яйцо столовое, Масло подсолнечное</w:t>
            </w:r>
          </w:p>
          <w:p w14:paraId="622E8B96" w14:textId="5D4703F4" w:rsidR="00402140" w:rsidRPr="00402140" w:rsidRDefault="00402140" w:rsidP="00C757AF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E97B17">
              <w:rPr>
                <w:color w:val="203040"/>
                <w:sz w:val="14"/>
                <w:szCs w:val="14"/>
                <w:lang w:val="ru-RU"/>
              </w:rPr>
              <w:t>Пищевая ценность: Белки - 3.4, Жиры - 3.05, Углеводы - 17.7, Калорийность - 113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DDFC5" w14:textId="31E776E6" w:rsidR="00C757AF" w:rsidRPr="00C15079" w:rsidRDefault="00BA15C1" w:rsidP="00C757AF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7EEA689C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4613DF9D" w14:textId="4F4E270B" w:rsidR="00402140" w:rsidRPr="00C15079" w:rsidRDefault="001418B3" w:rsidP="00402140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B6E3A" w14:textId="23390F76" w:rsidR="00402140" w:rsidRPr="00C15079" w:rsidRDefault="00402140" w:rsidP="0040214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яблоками</w:t>
            </w:r>
          </w:p>
          <w:p w14:paraId="2C791F28" w14:textId="5B9A0532" w:rsidR="00BA15C1" w:rsidRDefault="00BA15C1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Соль, Дрожжи, Яблоки свежие, Сахарный песок, Мука пшеничная, Масло подсолнечное, Яйцо столовое</w:t>
            </w:r>
          </w:p>
          <w:p w14:paraId="03766753" w14:textId="3DAD1886" w:rsidR="00402140" w:rsidRPr="00402140" w:rsidRDefault="00BA15C1" w:rsidP="00BA15C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- 2.8, Жиры - 2.6, Углеводы - 21.9, Калорийность - 122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69418" w14:textId="266A5136" w:rsidR="00402140" w:rsidRPr="00C15079" w:rsidRDefault="001418B3" w:rsidP="00402140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094C6802" w14:textId="77777777" w:rsidTr="00C15079">
        <w:trPr>
          <w:cantSplit/>
          <w:trHeight w:val="43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01BC21E9" w14:textId="56FBE7AC" w:rsidR="00BA15C1" w:rsidRPr="00C15079" w:rsidRDefault="001418B3" w:rsidP="00BA15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AD17A" w14:textId="5F12F4D0" w:rsidR="00BA15C1" w:rsidRPr="00C15079" w:rsidRDefault="00BA15C1" w:rsidP="00BA15C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Пирожок с фаршем из картофеля и свинины </w:t>
            </w:r>
          </w:p>
          <w:p w14:paraId="248E62FF" w14:textId="26C1F8E7" w:rsidR="00BA15C1" w:rsidRDefault="00BA15C1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Сахарный песок, Дрожжи, Картофель очищенный, Лук репчатый св., Свинина, Соль, Мука пшеничная, Масло подсолнечное, Яйцо столовое</w:t>
            </w:r>
          </w:p>
          <w:p w14:paraId="296D973A" w14:textId="6920B6BE" w:rsidR="00BA15C1" w:rsidRPr="00BA15C1" w:rsidRDefault="00BA15C1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- 5.1, Жиры - 2.43, Углеводы - 20.03, Калорийность - 123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F4CA9" w14:textId="54F21BAB" w:rsidR="00BA15C1" w:rsidRPr="00C15079" w:rsidRDefault="001418B3" w:rsidP="00BA15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6C1FA1AF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33EDD42" w14:textId="38383B5E" w:rsidR="00BA15C1" w:rsidRPr="00C15079" w:rsidRDefault="001418B3" w:rsidP="00BA15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D6B36" w14:textId="76C31CF3" w:rsidR="00BA15C1" w:rsidRPr="00C15079" w:rsidRDefault="00BA15C1" w:rsidP="00BA15C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рисом и яйцом</w:t>
            </w:r>
          </w:p>
          <w:p w14:paraId="27BE8408" w14:textId="657D9967" w:rsidR="00BA15C1" w:rsidRDefault="00BA15C1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Сахарный песок, Дрожжи, Крупа рисовая, Масло сливочное, Соль, Мука пшеничная, Яйцо столовое, Масло подсолнечное</w:t>
            </w:r>
          </w:p>
          <w:p w14:paraId="2DBB0039" w14:textId="6C771396" w:rsidR="00BA15C1" w:rsidRPr="00BA15C1" w:rsidRDefault="00BA15C1" w:rsidP="00BA15C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- 3.2, Жиры - 4.5, Углеводы - 19.3, Калорийность - 131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45CFA" w14:textId="3732EB0F" w:rsidR="00BA15C1" w:rsidRPr="00C15079" w:rsidRDefault="001418B3" w:rsidP="00BA15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04884E89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48AAA91" w14:textId="498C3E30" w:rsidR="00BA15C1" w:rsidRPr="00C15079" w:rsidRDefault="001418B3" w:rsidP="00BA15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85130" w14:textId="7D0E2812" w:rsidR="00BA15C1" w:rsidRPr="00C15079" w:rsidRDefault="00BA15C1" w:rsidP="00BA15C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Пирожок с повидлом</w:t>
            </w:r>
          </w:p>
          <w:p w14:paraId="3230BA46" w14:textId="5632AD26" w:rsidR="00BA15C1" w:rsidRDefault="00BA15C1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Сахарный песок, Соль, Дрожжи, Повидло яблочное, Мука пшеничная, Масло подсолнечное, Яйцо столовое</w:t>
            </w:r>
          </w:p>
          <w:p w14:paraId="26BE370C" w14:textId="1266DC62" w:rsidR="00BA15C1" w:rsidRPr="00BA15C1" w:rsidRDefault="00BA15C1" w:rsidP="00BA15C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- 2.75, Жиры - 2.6, Углеводы - 30.5, Калорийность - 157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28DF1" w14:textId="3762FF76" w:rsidR="00BA15C1" w:rsidRPr="00C15079" w:rsidRDefault="001418B3" w:rsidP="00BA15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134E77" w14:paraId="757A2FF3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7C398A59" w14:textId="311CF1C5" w:rsidR="00BA15C1" w:rsidRPr="00C15079" w:rsidRDefault="001418B3" w:rsidP="00BA15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4FF51" w14:textId="77777777" w:rsidR="00BA15C1" w:rsidRPr="00C15079" w:rsidRDefault="00D9658E" w:rsidP="00BA15C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Пицца "Школьная"</w:t>
            </w:r>
          </w:p>
          <w:p w14:paraId="498165A2" w14:textId="386F9410" w:rsidR="00D9658E" w:rsidRDefault="00D9658E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Дрожжи, Соль, Сосиски, Сыр, Томатная паста, Огурцы соленые, Сметана, Масло подсолнечное</w:t>
            </w:r>
          </w:p>
          <w:p w14:paraId="467D7B75" w14:textId="2AA80BAC" w:rsidR="00D9658E" w:rsidRPr="00D9658E" w:rsidRDefault="00D9658E" w:rsidP="00BA15C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- 8.6, Жиры - 8.7, Углеводы - 32.7, Калорийность - 245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60C8C" w14:textId="243623AD" w:rsidR="00BA15C1" w:rsidRPr="00C15079" w:rsidRDefault="001418B3" w:rsidP="00BA15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C15079" w:rsidRPr="00134E77" w14:paraId="385D1DBE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6B8E868B" w14:textId="5034042D" w:rsidR="00BA15C1" w:rsidRPr="00C15079" w:rsidRDefault="001418B3" w:rsidP="00BA15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B49E7" w14:textId="77777777" w:rsidR="00BA15C1" w:rsidRPr="00C15079" w:rsidRDefault="00B740F8" w:rsidP="00BA15C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Пицца "Детская"</w:t>
            </w:r>
          </w:p>
          <w:p w14:paraId="71BD9927" w14:textId="707F1924" w:rsidR="00B740F8" w:rsidRDefault="00B740F8" w:rsidP="00BA15C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Яйцо столовое, Соль, Дрожжи, </w:t>
            </w:r>
            <w:r w:rsidR="00D47800"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 куриное, Говядина, Колбаса вареная, Сметана, Томатная паста, Сыр, Масло подсолнечное</w:t>
            </w:r>
          </w:p>
          <w:p w14:paraId="55CC79B5" w14:textId="18D7E66B" w:rsidR="00B740F8" w:rsidRPr="00B740F8" w:rsidRDefault="00B740F8" w:rsidP="00BA15C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- 9.1, Жиры - 9, Углеводы - 33, Калорийность - 249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5EE4C" w14:textId="0C03BAB8" w:rsidR="00BA15C1" w:rsidRPr="00C15079" w:rsidRDefault="001418B3" w:rsidP="00BA15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C15079" w:rsidRPr="00134E77" w14:paraId="14067A9A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674AE334" w14:textId="65B122B1" w:rsidR="001418B3" w:rsidRPr="00C15079" w:rsidRDefault="001418B3" w:rsidP="001418B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457E4" w14:textId="77777777" w:rsidR="001418B3" w:rsidRPr="00C15079" w:rsidRDefault="001418B3" w:rsidP="001418B3">
            <w:pPr>
              <w:rPr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Сосиска, запечённая в тесте</w:t>
            </w:r>
            <w:r w:rsidRPr="00C15079">
              <w:rPr>
                <w:color w:val="203040"/>
                <w:sz w:val="24"/>
                <w:szCs w:val="24"/>
                <w:lang w:val="ru-RU"/>
              </w:rPr>
              <w:t xml:space="preserve"> </w:t>
            </w:r>
          </w:p>
          <w:p w14:paraId="77E05F98" w14:textId="7F436E64" w:rsidR="001418B3" w:rsidRDefault="001418B3" w:rsidP="001418B3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Соль, Дрожжи, Мука пшеничная, Сосиск</w:t>
            </w:r>
            <w:r>
              <w:rPr>
                <w:color w:val="203040"/>
                <w:sz w:val="14"/>
                <w:szCs w:val="14"/>
                <w:lang w:val="ru-RU"/>
              </w:rPr>
              <w:t>а</w:t>
            </w: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 50г, Масло подсолнечное, Яйцо столовое.</w:t>
            </w:r>
          </w:p>
          <w:p w14:paraId="3EFB3249" w14:textId="75C03DFB" w:rsidR="001418B3" w:rsidRPr="001418B3" w:rsidRDefault="001418B3" w:rsidP="001418B3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- 9.75, Жиры - 14.29, Углеводы - 30.96, Калорийность - 291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4DFAE" w14:textId="709E5FE3" w:rsidR="001418B3" w:rsidRPr="00C15079" w:rsidRDefault="001418B3" w:rsidP="001418B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418B3" w:rsidRPr="00134E77" w14:paraId="6AD84D03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79A2E40" w14:textId="53A0973C" w:rsidR="001418B3" w:rsidRPr="00C15079" w:rsidRDefault="003A3698" w:rsidP="001418B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231C9" w14:textId="52CF9CC8" w:rsidR="001418B3" w:rsidRPr="00C15079" w:rsidRDefault="00C242AA" w:rsidP="001418B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3A3698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капустой и яйцом</w:t>
            </w:r>
          </w:p>
          <w:p w14:paraId="5DAD1613" w14:textId="77777777" w:rsidR="003A3698" w:rsidRDefault="003A3698" w:rsidP="001418B3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Капуста Б/К, Масло подсолнечное, Яйцо столовое.</w:t>
            </w:r>
          </w:p>
          <w:p w14:paraId="50ED31F4" w14:textId="349C269B" w:rsidR="003A3698" w:rsidRPr="003A3698" w:rsidRDefault="003A3698" w:rsidP="001418B3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- 4.4, Жиры - 8.4, Углеводы - 45.8, Калорийность - 279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23C47" w14:textId="725E25C0" w:rsidR="001418B3" w:rsidRPr="00C15079" w:rsidRDefault="003A3698" w:rsidP="001418B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1418B3" w:rsidRPr="00134E77" w14:paraId="24DA60CF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070F5478" w14:textId="08E080BA" w:rsidR="001418B3" w:rsidRPr="00C15079" w:rsidRDefault="00A0158B" w:rsidP="001418B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526D7" w14:textId="2F87678B" w:rsidR="001418B3" w:rsidRPr="00C15079" w:rsidRDefault="00C242AA" w:rsidP="001418B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0203E1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яблоками</w:t>
            </w:r>
          </w:p>
          <w:p w14:paraId="69F2EE8F" w14:textId="77777777" w:rsidR="000203E1" w:rsidRDefault="000203E1" w:rsidP="001418B3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Яйцо столовое, Яблоки свежие, Сахарный песок</w:t>
            </w:r>
          </w:p>
          <w:p w14:paraId="7228341E" w14:textId="07200A48" w:rsidR="000203E1" w:rsidRPr="00E97B17" w:rsidRDefault="000203E1" w:rsidP="001418B3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- 3.1, Жиры - 9.4, Углеводы - 13.5, Калорийность - 157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44967" w14:textId="06B5AC4B" w:rsidR="001418B3" w:rsidRPr="00C15079" w:rsidRDefault="00A0158B" w:rsidP="001418B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1418B3" w:rsidRPr="00134E77" w14:paraId="1D9066E7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68C0A3E9" w14:textId="6AC2238A" w:rsidR="001418B3" w:rsidRPr="00C15079" w:rsidRDefault="00BE26A3" w:rsidP="001418B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D5B08" w14:textId="3914EA40" w:rsidR="001418B3" w:rsidRPr="00C15079" w:rsidRDefault="00C242AA" w:rsidP="001418B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BE26A3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ветчиной 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куриной</w:t>
            </w:r>
            <w:r w:rsidR="00BE26A3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и сыром</w:t>
            </w:r>
          </w:p>
          <w:p w14:paraId="32FAA60D" w14:textId="77777777" w:rsidR="00BE26A3" w:rsidRDefault="00BE26A3" w:rsidP="001418B3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Яйцо столовое, Ветчина, Сыр</w:t>
            </w:r>
          </w:p>
          <w:p w14:paraId="415D231F" w14:textId="00E8EBA2" w:rsidR="00BE26A3" w:rsidRPr="00BE26A3" w:rsidRDefault="00BE26A3" w:rsidP="001418B3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- 8, Жиры - 19.3, Углеводы - 17.4, Калорийность - 274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9314F" w14:textId="1CC767DE" w:rsidR="001418B3" w:rsidRPr="00C15079" w:rsidRDefault="00BE26A3" w:rsidP="001418B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BD2F91" w:rsidRPr="00C55E52" w14:paraId="1D5E1E4C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47C86876" w14:textId="16E293F8" w:rsidR="00BD2F91" w:rsidRPr="00C15079" w:rsidRDefault="00CC363F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40,00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68BCB" w14:textId="4F0BBC63" w:rsidR="00BD2F91" w:rsidRPr="00C15079" w:rsidRDefault="00C242AA" w:rsidP="00BD2F9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BD2F91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повидлом</w:t>
            </w:r>
          </w:p>
          <w:p w14:paraId="0F7846BF" w14:textId="77777777" w:rsidR="00BD2F91" w:rsidRDefault="00BD2F91" w:rsidP="00BD2F9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Яйцо столовое, Повидло яблочное</w:t>
            </w:r>
          </w:p>
          <w:p w14:paraId="6E5C47B6" w14:textId="331F9E9E" w:rsidR="00BD2F91" w:rsidRPr="008D6200" w:rsidRDefault="00BD2F91" w:rsidP="00BD2F9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- 3.1, Жиры - 9.4, Углеводы - 13.5, Калорийность - 157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810F1" w14:textId="0A637A03" w:rsidR="00BD2F91" w:rsidRPr="00C15079" w:rsidRDefault="00CC363F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BD2F91" w:rsidRPr="008C1CCF" w14:paraId="57633F7B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3EBD06FA" w14:textId="297408DA" w:rsidR="00BD2F91" w:rsidRPr="00C15079" w:rsidRDefault="00CC363F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41DD9" w14:textId="1A588CCB" w:rsidR="00BD2F91" w:rsidRPr="00C15079" w:rsidRDefault="00C242AA" w:rsidP="00BD2F9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BD2F91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творогом</w:t>
            </w:r>
          </w:p>
          <w:p w14:paraId="76B85E6C" w14:textId="573698ED" w:rsidR="00BD2F91" w:rsidRDefault="00BD2F91" w:rsidP="00BD2F9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</w:t>
            </w:r>
            <w:proofErr w:type="spellEnd"/>
            <w:r w:rsidR="00315AEE">
              <w:rPr>
                <w:color w:val="203040"/>
                <w:sz w:val="14"/>
                <w:szCs w:val="14"/>
                <w:lang w:val="ru-RU"/>
              </w:rPr>
              <w:t>.</w:t>
            </w:r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Творог, Сахарный песок, Яйцо столовое</w:t>
            </w:r>
          </w:p>
          <w:p w14:paraId="74C17597" w14:textId="1E18201E" w:rsidR="00BD2F91" w:rsidRPr="00BD2F91" w:rsidRDefault="00BD2F91" w:rsidP="00BD2F9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- 4.4, Жиры - 8.4, Углеводы - 45.8, Калорийность - 279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91AB7" w14:textId="4B8AC1E2" w:rsidR="00BD2F91" w:rsidRPr="00C15079" w:rsidRDefault="00CC363F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C15079" w:rsidRPr="008C1CCF" w14:paraId="5B11094C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5872754" w14:textId="5C5E9FD4" w:rsidR="00BD2F91" w:rsidRPr="00C15079" w:rsidRDefault="00CC363F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8637D" w14:textId="250CE79C" w:rsidR="00BD2F91" w:rsidRPr="00C15079" w:rsidRDefault="00C242AA" w:rsidP="00BD2F9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BD2F91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черной смородиной</w:t>
            </w:r>
          </w:p>
          <w:p w14:paraId="64C97E24" w14:textId="77777777" w:rsidR="00BD2F91" w:rsidRDefault="00954E8D" w:rsidP="00BD2F9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Смородина черная замороженная, Сахарный песок, Крахмал картофельный, Яйцо столовое.</w:t>
            </w:r>
          </w:p>
          <w:p w14:paraId="7CFC8C97" w14:textId="13EF962B" w:rsidR="00954E8D" w:rsidRPr="00BD2F91" w:rsidRDefault="00954E8D" w:rsidP="00BD2F9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- 2.8, Жиры - 1.5, Углеводы - 25.9, Калорийность - 129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A7D34" w14:textId="6B976208" w:rsidR="00BD2F91" w:rsidRPr="00C15079" w:rsidRDefault="00CC363F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BD2F91" w:rsidRPr="00134E77" w14:paraId="31FEE806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7EFF917" w14:textId="33B422FA" w:rsidR="00BD2F91" w:rsidRPr="00C15079" w:rsidRDefault="00CC363F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AFF73" w14:textId="61129EFE" w:rsidR="00BD2F91" w:rsidRPr="00C15079" w:rsidRDefault="00C242AA" w:rsidP="00BD2F9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954E8D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брусникой</w:t>
            </w:r>
          </w:p>
          <w:p w14:paraId="4A4EAD83" w14:textId="77777777" w:rsidR="00954E8D" w:rsidRDefault="00954E8D" w:rsidP="00BD2F91">
            <w:pPr>
              <w:rPr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BA15C1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BA15C1">
              <w:rPr>
                <w:color w:val="203040"/>
                <w:sz w:val="14"/>
                <w:szCs w:val="14"/>
                <w:lang w:val="ru-RU"/>
              </w:rPr>
              <w:t>, Мука пшеничная, Яйцо столовое, Брусника замороженная, Сахарный песок, Крахмал картофельный</w:t>
            </w:r>
          </w:p>
          <w:p w14:paraId="6C33AC23" w14:textId="3F0305A2" w:rsidR="00954E8D" w:rsidRPr="00954E8D" w:rsidRDefault="00954E8D" w:rsidP="00BD2F9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BA15C1">
              <w:rPr>
                <w:color w:val="203040"/>
                <w:sz w:val="14"/>
                <w:szCs w:val="14"/>
                <w:lang w:val="ru-RU"/>
              </w:rPr>
              <w:t>Пищевая ценность: Белки - 2.9, Жиры - 1.5, Углеводы - 25.9, Калорийность - 129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FB12E" w14:textId="0C651A74" w:rsidR="00BD2F91" w:rsidRPr="00C15079" w:rsidRDefault="00CC363F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BD2F91" w:rsidRPr="00C55E52" w14:paraId="0B67DAB3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B17F7D6" w14:textId="6B526047" w:rsidR="00BD2F91" w:rsidRPr="00C15079" w:rsidRDefault="0083212B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C1E47" w14:textId="19475512" w:rsidR="00940AC9" w:rsidRPr="00C15079" w:rsidRDefault="00C242AA" w:rsidP="00940AC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Слойка</w:t>
            </w:r>
            <w:r w:rsidR="00940AC9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сыром и яйцом</w:t>
            </w:r>
          </w:p>
          <w:p w14:paraId="6A226820" w14:textId="54359D38" w:rsidR="00940AC9" w:rsidRPr="00940AC9" w:rsidRDefault="00940AC9" w:rsidP="00940AC9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940AC9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940AC9">
              <w:rPr>
                <w:color w:val="203040"/>
                <w:sz w:val="14"/>
                <w:szCs w:val="14"/>
                <w:lang w:val="ru-RU"/>
              </w:rPr>
              <w:t>, Мука пшеничная, Сыр, Яйцо столовое</w:t>
            </w:r>
          </w:p>
          <w:p w14:paraId="018B956D" w14:textId="27DD5B6A" w:rsidR="00BD2F91" w:rsidRPr="000203E1" w:rsidRDefault="00940AC9" w:rsidP="00940AC9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- 8, Жиры - 19.3, Углеводы - 17.4, Калорийность - 274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0316A" w14:textId="4354AEC6" w:rsidR="00BD2F91" w:rsidRPr="00C15079" w:rsidRDefault="0083212B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BD2F91" w:rsidRPr="00134E77" w14:paraId="3BC8E7F0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2A3DAD1E" w14:textId="47611067" w:rsidR="00BD2F91" w:rsidRPr="00C15079" w:rsidRDefault="0083212B" w:rsidP="00BD2F9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C9A96" w14:textId="63FBCAAD" w:rsidR="00940AC9" w:rsidRPr="00C15079" w:rsidRDefault="0084250E" w:rsidP="00940AC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Бутерброд,</w:t>
            </w:r>
            <w:r w:rsidR="00940AC9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закрытый с сосиской</w:t>
            </w:r>
            <w:r w:rsidR="00D47800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="00940AC9"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(Хот-дог)</w:t>
            </w:r>
          </w:p>
          <w:p w14:paraId="4FB3498E" w14:textId="2AE075ED" w:rsidR="00940AC9" w:rsidRPr="00940AC9" w:rsidRDefault="00940AC9" w:rsidP="00940AC9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Сосиски 50г, Масло подсолнечное, Лук репчатый св., Томатная паста, Крахмал картофельный, Укроп свежий, Сахарный песок, Соль, Помидоры свежие, Сыр, Салат</w:t>
            </w:r>
          </w:p>
          <w:p w14:paraId="1B271232" w14:textId="69274B5C" w:rsidR="00BD2F91" w:rsidRPr="008D6200" w:rsidRDefault="00940AC9" w:rsidP="00940AC9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- 16.87, Жиры - 12.29, Углеводы - 38.95, Калорийность - 339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1C7C7" w14:textId="31FC6F5E" w:rsidR="00BD2F91" w:rsidRPr="00C15079" w:rsidRDefault="0083212B" w:rsidP="00BD2F9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D57D2A" w:rsidRPr="00134E77" w14:paraId="7176EF97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2576A5B3" w14:textId="119C0F0E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F7717" w14:textId="60975626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Сосиска с картофелем, в тесте</w:t>
            </w:r>
          </w:p>
          <w:p w14:paraId="03984F60" w14:textId="378C56ED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Сахарный песок, Соль, Дрожжи прессованные, Мука пшеничная, Масло подсолнечное, Яйцо столовое, Картофель, Молоко, Масло сливочное, Соль, Сосиски 50г</w:t>
            </w:r>
          </w:p>
          <w:p w14:paraId="53BF90C1" w14:textId="0529DB30" w:rsidR="00D57D2A" w:rsidRPr="008D6200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- 3.5, Жиры - 2.2, Углеводы - 20, Калорийность - 114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115F3" w14:textId="1F538C76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120 г</w:t>
            </w:r>
          </w:p>
        </w:tc>
      </w:tr>
      <w:tr w:rsidR="00D57D2A" w:rsidRPr="00134E77" w14:paraId="40178EEF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7AD26CA3" w14:textId="77A436EA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A82F6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Оладьи</w:t>
            </w:r>
          </w:p>
          <w:p w14:paraId="410EE5B6" w14:textId="4AAAA31E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Мука пшеничная, Яйцо столовое, Молоко, Дрожжи, Сахарный песок, Соль, Масло подсолнечное</w:t>
            </w:r>
          </w:p>
          <w:p w14:paraId="759EA1EC" w14:textId="56F47FE6" w:rsidR="00D57D2A" w:rsidRPr="008D6200" w:rsidRDefault="00D57D2A" w:rsidP="00D47800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- 10, Жиры - 13, Углеводы - 55, Калорийность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 375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6CC8C" w14:textId="7EA8290F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130 г</w:t>
            </w:r>
          </w:p>
        </w:tc>
      </w:tr>
      <w:tr w:rsidR="00D57D2A" w:rsidRPr="00134E77" w14:paraId="1B1807B4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62D34203" w14:textId="3B2007A3" w:rsidR="00D57D2A" w:rsidRPr="00C15079" w:rsidRDefault="00C242AA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</w:t>
            </w:r>
            <w:r w:rsidR="0083212B"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B82E7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Оладьи с яблоками</w:t>
            </w:r>
          </w:p>
          <w:p w14:paraId="5539AB76" w14:textId="0F4084CD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Мука пшеничная, Яйцо столовое, Молоко, Дрожжи, Сахарный песок, Соль, Яблоки свежие, Масло подсолнечное</w:t>
            </w:r>
          </w:p>
          <w:p w14:paraId="5D98491A" w14:textId="2073BC04" w:rsidR="00D57D2A" w:rsidRPr="008D6200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- 11.3, Жиры - 17.8, Углеводы - 51.6, Калорийность - 413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94662" w14:textId="7954AE0B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D57D2A" w:rsidRPr="00134E77" w14:paraId="298AAAE6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64DA11E1" w14:textId="211FEC79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09962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Блинчики с ветчиной и сыром</w:t>
            </w:r>
          </w:p>
          <w:p w14:paraId="1908F35C" w14:textId="77777777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Мука пшеничная, Молоко, Яйцо столовое., Сахарный песок, Соль, Ветчина, Сыр, Масло подсолнечное</w:t>
            </w:r>
          </w:p>
          <w:p w14:paraId="1CECC9AB" w14:textId="076CD117" w:rsidR="00D57D2A" w:rsidRPr="00940AC9" w:rsidRDefault="00D57D2A" w:rsidP="00D57D2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- 10.8, Жиры - 12.3, Углеводы - 37.1, Калорийность - 292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1724C" w14:textId="734D9F5F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D57D2A" w:rsidRPr="00134E77" w14:paraId="1B96C311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74ACFB8E" w14:textId="05E4713F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E0976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Блинчики</w:t>
            </w:r>
          </w:p>
          <w:p w14:paraId="6DDDF737" w14:textId="77777777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Мука пшеничная, Яйцо столовое, Сахарный песок, Молоко, Соль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 Масло подсолнечное</w:t>
            </w:r>
          </w:p>
          <w:p w14:paraId="2B3B743E" w14:textId="7761E2DA" w:rsidR="00D57D2A" w:rsidRPr="00940AC9" w:rsidRDefault="00D57D2A" w:rsidP="00D57D2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- 4.64, Жиры - 9.84, Углеводы - 29.68, Калорийность - 197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73987" w14:textId="2589EF78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C242AA" w:rsidRPr="0067686B" w14:paraId="7E25F306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C3A4F9B" w14:textId="0C8B989B" w:rsidR="00C242AA" w:rsidRPr="00C15079" w:rsidRDefault="00C242AA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E25EA" w14:textId="13A2A270" w:rsidR="00C242AA" w:rsidRPr="00C15079" w:rsidRDefault="00C242AA" w:rsidP="00C242A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Сырные палочки</w:t>
            </w:r>
          </w:p>
          <w:p w14:paraId="65F0B727" w14:textId="3BB90FBA" w:rsidR="00C242AA" w:rsidRPr="00C242AA" w:rsidRDefault="00C242AA" w:rsidP="00C242AA">
            <w:pPr>
              <w:rPr>
                <w:color w:val="203040"/>
                <w:sz w:val="14"/>
                <w:szCs w:val="14"/>
                <w:lang w:val="ru-RU"/>
              </w:rPr>
            </w:pP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C242AA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C242AA">
              <w:rPr>
                <w:color w:val="203040"/>
                <w:sz w:val="14"/>
                <w:szCs w:val="14"/>
                <w:lang w:val="ru-RU"/>
              </w:rPr>
              <w:t>, Сыр, Яйцо столовое, Масло подсолнечное</w:t>
            </w:r>
          </w:p>
          <w:p w14:paraId="440CCFD7" w14:textId="2BB0A419" w:rsidR="00C242AA" w:rsidRPr="00C15079" w:rsidRDefault="00C242AA" w:rsidP="00C242A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2,6</w:t>
            </w: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, Жиры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12,5</w:t>
            </w: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, Углеводы -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11</w:t>
            </w:r>
            <w:r w:rsidRPr="00C242AA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 w:rsidR="00555F33">
              <w:rPr>
                <w:color w:val="203040"/>
                <w:sz w:val="14"/>
                <w:szCs w:val="14"/>
                <w:lang w:val="ru-RU"/>
              </w:rPr>
              <w:t>165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E3F7A" w14:textId="24BFC400" w:rsidR="00C242AA" w:rsidRPr="00C15079" w:rsidRDefault="00315AEE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40 г</w:t>
            </w:r>
          </w:p>
        </w:tc>
      </w:tr>
      <w:tr w:rsidR="00D57D2A" w:rsidRPr="00134E77" w14:paraId="27E61EB1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5CF15270" w14:textId="0805CED5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5824D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Молоко сгущенное</w:t>
            </w:r>
          </w:p>
          <w:p w14:paraId="62F4BEDB" w14:textId="77777777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Состав: Молоко сгущенное</w:t>
            </w:r>
          </w:p>
          <w:p w14:paraId="30F47C6A" w14:textId="624AB8AA" w:rsidR="00D57D2A" w:rsidRPr="00940AC9" w:rsidRDefault="00D57D2A" w:rsidP="00D57D2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- 1.35, Жиры - 1.49, Углеводы - 10.1, Калорийность - 59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5AD4D" w14:textId="6B4D642B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 г</w:t>
            </w:r>
          </w:p>
        </w:tc>
      </w:tr>
      <w:tr w:rsidR="00D57D2A" w:rsidRPr="00134E77" w14:paraId="3F34BFD7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19D8BE51" w14:textId="020DBF0B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B3B2E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Джем в ассортименте</w:t>
            </w:r>
          </w:p>
          <w:p w14:paraId="493A435B" w14:textId="77777777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Состав: Джем </w:t>
            </w:r>
          </w:p>
          <w:p w14:paraId="2B09FAA6" w14:textId="5B36C642" w:rsidR="00D57D2A" w:rsidRPr="00940AC9" w:rsidRDefault="00D57D2A" w:rsidP="00D57D2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- 0.08, Жиры - 0, Углеводы - 9.39, Калорийность - 38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18840" w14:textId="128B5944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 г</w:t>
            </w:r>
          </w:p>
        </w:tc>
      </w:tr>
      <w:tr w:rsidR="00D57D2A" w:rsidRPr="00134E77" w14:paraId="1864F57F" w14:textId="77777777" w:rsidTr="00C15079">
        <w:trPr>
          <w:cantSplit/>
          <w:trHeight w:val="20"/>
          <w:jc w:val="center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0F6"/>
            <w:vAlign w:val="center"/>
          </w:tcPr>
          <w:p w14:paraId="03EC3852" w14:textId="7BFEED1B" w:rsidR="00D57D2A" w:rsidRPr="00C15079" w:rsidRDefault="0083212B" w:rsidP="00D57D2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0C7C3" w14:textId="77777777" w:rsidR="00D57D2A" w:rsidRPr="00C15079" w:rsidRDefault="00D57D2A" w:rsidP="00D57D2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15079">
              <w:rPr>
                <w:b/>
                <w:bCs/>
                <w:color w:val="203040"/>
                <w:sz w:val="24"/>
                <w:szCs w:val="24"/>
                <w:lang w:val="ru-RU"/>
              </w:rPr>
              <w:t>Повидло в ассортименте</w:t>
            </w:r>
          </w:p>
          <w:p w14:paraId="1EDC725D" w14:textId="77777777" w:rsidR="00D57D2A" w:rsidRPr="00940AC9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 xml:space="preserve">Состав: Повидло </w:t>
            </w:r>
          </w:p>
          <w:p w14:paraId="1839508C" w14:textId="0A1C0A31" w:rsidR="00D57D2A" w:rsidRPr="008D6200" w:rsidRDefault="00D57D2A" w:rsidP="00D57D2A">
            <w:pPr>
              <w:rPr>
                <w:color w:val="203040"/>
                <w:sz w:val="14"/>
                <w:szCs w:val="14"/>
                <w:lang w:val="ru-RU"/>
              </w:rPr>
            </w:pPr>
            <w:r w:rsidRPr="00940AC9">
              <w:rPr>
                <w:color w:val="203040"/>
                <w:sz w:val="14"/>
                <w:szCs w:val="14"/>
                <w:lang w:val="ru-RU"/>
              </w:rPr>
              <w:t>Пищевая ценность: Белки - 0.13, Жиры - 0.13, Углеводы - 35.2, Калорийность - 144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3CB85" w14:textId="78929EF1" w:rsidR="00D57D2A" w:rsidRPr="00C15079" w:rsidRDefault="0083212B" w:rsidP="00D57D2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 г</w:t>
            </w:r>
          </w:p>
        </w:tc>
      </w:tr>
      <w:tr w:rsidR="0081006B" w:rsidRPr="00134E77" w14:paraId="1A3DBEA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AB569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E58DC" w14:textId="77777777" w:rsidR="0081006B" w:rsidRPr="002D5408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с маком глазированная</w:t>
            </w:r>
          </w:p>
          <w:p w14:paraId="0F73AFFD" w14:textId="382DF152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Яйцо столовое, Соль, Дрожжи х/п пресс., Ванилин, Мак, Сахарный песок, Глазурь шоколадная Капелька, Масло подсолнечное</w:t>
            </w:r>
          </w:p>
          <w:p w14:paraId="64333BFF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- 14.89, Жиры - 50.1, Углеводы - 88.64, Калорийность - 427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1A398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81006B" w:rsidRPr="00134E77" w14:paraId="32B9DD5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814F6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90AB8" w14:textId="77777777" w:rsidR="0081006B" w:rsidRPr="00480D4E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80D4E">
              <w:rPr>
                <w:b/>
                <w:bCs/>
                <w:color w:val="203040"/>
                <w:sz w:val="24"/>
                <w:szCs w:val="24"/>
                <w:lang w:val="ru-RU"/>
              </w:rPr>
              <w:t>Рулет бисквитный с фруктовой начинкой</w:t>
            </w:r>
          </w:p>
          <w:p w14:paraId="147CF729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Яйцо столовое, Варенье в ассортименте, Сахарная пудра</w:t>
            </w:r>
          </w:p>
          <w:p w14:paraId="192289DB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- 4.07, Жиры - 2.3, Углеводы - 33.37, Калорийность - 137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F659B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10129AE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D8AB5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F0065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480D4E">
              <w:rPr>
                <w:b/>
                <w:bCs/>
                <w:color w:val="203040"/>
                <w:sz w:val="24"/>
                <w:szCs w:val="24"/>
                <w:lang w:val="ru-RU"/>
              </w:rPr>
              <w:t>Корзиночка "Сластена"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 </w:t>
            </w:r>
          </w:p>
          <w:p w14:paraId="656EF6D5" w14:textId="023A6BED" w:rsidR="0081006B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Сахарный песок, Яйцо столовое, Соль, Сода пищевая, Крем сгущенка вареная, Повидло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фруктовое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Кислота лимонная, Кокосовая стружка</w:t>
            </w:r>
          </w:p>
          <w:p w14:paraId="6D0048E8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- 3.7, Жиры - 9.4, Углеводы - 30.1, Калорийность - 170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9CBF7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78EC6F1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E218F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A2BE9" w14:textId="77777777" w:rsidR="0081006B" w:rsidRPr="00480D4E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80D4E">
              <w:rPr>
                <w:b/>
                <w:bCs/>
                <w:color w:val="203040"/>
                <w:sz w:val="24"/>
                <w:szCs w:val="24"/>
                <w:lang w:val="ru-RU"/>
              </w:rPr>
              <w:t>Кекс творожный с апельсином</w:t>
            </w:r>
          </w:p>
          <w:p w14:paraId="4CA375FE" w14:textId="5B90C159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Яйцо столовое, Творог, Апельсины свежие, Сахарная пудра, Разрыхлитель теста, Масло подсолнечное</w:t>
            </w:r>
          </w:p>
          <w:p w14:paraId="35F25DC7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- 6.3, Жиры - 10.6, Углеводы - 34.3, Калорийность - 258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4603A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 г</w:t>
            </w:r>
          </w:p>
        </w:tc>
      </w:tr>
      <w:tr w:rsidR="0081006B" w:rsidRPr="00134E77" w14:paraId="429F806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F3714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0ACD8" w14:textId="77777777" w:rsidR="0081006B" w:rsidRPr="00480D4E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80D4E">
              <w:rPr>
                <w:b/>
                <w:bCs/>
                <w:color w:val="203040"/>
                <w:sz w:val="24"/>
                <w:szCs w:val="24"/>
                <w:lang w:val="ru-RU"/>
              </w:rPr>
              <w:t>Кекс Столичный</w:t>
            </w:r>
          </w:p>
          <w:p w14:paraId="2913A540" w14:textId="6A239E33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Яйцо столовое, Соль, Изюм, Сахарная пудра, Сода пищевая, Кислота лимонная, Масло подсолнечное</w:t>
            </w:r>
          </w:p>
          <w:p w14:paraId="71B7465D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- 4.13, Жиры - 0.5, Углеводы - 47.99, Калорийность - 213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34DE1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 г</w:t>
            </w:r>
          </w:p>
        </w:tc>
      </w:tr>
      <w:tr w:rsidR="0081006B" w:rsidRPr="00134E77" w14:paraId="5D2A0BE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D3306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B5DF3" w14:textId="77777777" w:rsidR="0081006B" w:rsidRPr="00480D4E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80D4E">
              <w:rPr>
                <w:b/>
                <w:bCs/>
                <w:color w:val="203040"/>
                <w:sz w:val="24"/>
                <w:szCs w:val="24"/>
                <w:lang w:val="ru-RU"/>
              </w:rPr>
              <w:t>Трубочка слоеная с вареным сгущенным молоком</w:t>
            </w:r>
          </w:p>
          <w:p w14:paraId="2EFFF4FE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2D5408">
              <w:rPr>
                <w:color w:val="203040"/>
                <w:sz w:val="14"/>
                <w:szCs w:val="14"/>
                <w:lang w:val="ru-RU"/>
              </w:rPr>
              <w:t>бездрож</w:t>
            </w:r>
            <w:r>
              <w:rPr>
                <w:color w:val="203040"/>
                <w:sz w:val="14"/>
                <w:szCs w:val="14"/>
                <w:lang w:val="ru-RU"/>
              </w:rPr>
              <w:t>жевое</w:t>
            </w:r>
            <w:proofErr w:type="spellEnd"/>
            <w:r w:rsidRPr="002D5408">
              <w:rPr>
                <w:color w:val="203040"/>
                <w:sz w:val="14"/>
                <w:szCs w:val="14"/>
                <w:lang w:val="ru-RU"/>
              </w:rPr>
              <w:t>, Мука пшеничная, Молоко сгущённое вареное, Сахарная пудра, Масло подсолнечное</w:t>
            </w:r>
          </w:p>
          <w:p w14:paraId="2C667337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- 5.14, Жиры - 19.3, Углеводы - 35.9, Калорийность - 335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ECEA2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340DE10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73186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3B9A5" w14:textId="77777777" w:rsidR="0081006B" w:rsidRPr="00070DF4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70DF4">
              <w:rPr>
                <w:b/>
                <w:bCs/>
                <w:color w:val="203040"/>
                <w:sz w:val="24"/>
                <w:szCs w:val="24"/>
                <w:lang w:val="ru-RU"/>
              </w:rPr>
              <w:t>Трубочка сахарная "Мишутка"</w:t>
            </w:r>
          </w:p>
          <w:p w14:paraId="1285D239" w14:textId="2DEAE70A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Молоко, Яйцо столовое, Молоко </w:t>
            </w:r>
            <w:proofErr w:type="spellStart"/>
            <w:r w:rsidRPr="002D5408">
              <w:rPr>
                <w:color w:val="203040"/>
                <w:sz w:val="14"/>
                <w:szCs w:val="14"/>
                <w:lang w:val="ru-RU"/>
              </w:rPr>
              <w:t>сгущ</w:t>
            </w:r>
            <w:proofErr w:type="spellEnd"/>
            <w:r w:rsidR="00315AEE">
              <w:rPr>
                <w:color w:val="203040"/>
                <w:sz w:val="14"/>
                <w:szCs w:val="14"/>
                <w:lang w:val="ru-RU"/>
              </w:rPr>
              <w:t>.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 вареное</w:t>
            </w:r>
          </w:p>
          <w:p w14:paraId="32DEA209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- 5, Жиры - 0.82, Углеводы - 21.1, Калорийность - 125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AF821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0D7481F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FB27A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EA460" w14:textId="77777777" w:rsidR="0081006B" w:rsidRPr="00D15277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5277">
              <w:rPr>
                <w:b/>
                <w:bCs/>
                <w:color w:val="203040"/>
                <w:sz w:val="24"/>
                <w:szCs w:val="24"/>
                <w:lang w:val="ru-RU"/>
              </w:rPr>
              <w:t>Рулет "Любава"</w:t>
            </w:r>
          </w:p>
          <w:p w14:paraId="7224B73C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Состав: Мука пшеничная, Какао порошок, Яйцо столовое, Молоко сгущённое вареное, Молоко, Сахарный песок, Кокосовая стружка</w:t>
            </w:r>
          </w:p>
          <w:p w14:paraId="05967A21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- 3.67, Жиры - 2.19, Углеводы - 25.8, Калорийность - 138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7E4E1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65 г</w:t>
            </w:r>
          </w:p>
        </w:tc>
      </w:tr>
      <w:tr w:rsidR="0081006B" w:rsidRPr="00134E77" w14:paraId="0D22340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B1F93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71661" w14:textId="77777777" w:rsidR="0081006B" w:rsidRPr="00D15277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5277">
              <w:rPr>
                <w:b/>
                <w:bCs/>
                <w:color w:val="203040"/>
                <w:sz w:val="24"/>
                <w:szCs w:val="24"/>
                <w:lang w:val="ru-RU"/>
              </w:rPr>
              <w:t>Пончики выпечные глазированные</w:t>
            </w:r>
          </w:p>
          <w:p w14:paraId="7052681E" w14:textId="7599DBF3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Молоко, Мука пшеничная, Сахарный песок, Яйцо столовое,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Дрожжи, Ванилин, Соль, Сода пищевая, Глазурь шоколадная Капелька, Сливки, Посыпка кондитерская, Масло подсолнечное</w:t>
            </w:r>
          </w:p>
          <w:p w14:paraId="247141C8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- </w:t>
            </w:r>
            <w:r>
              <w:rPr>
                <w:color w:val="203040"/>
                <w:sz w:val="14"/>
                <w:szCs w:val="14"/>
                <w:lang w:val="ru-RU"/>
              </w:rPr>
              <w:t>7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, Жиры - </w:t>
            </w:r>
            <w:r>
              <w:rPr>
                <w:color w:val="203040"/>
                <w:sz w:val="14"/>
                <w:szCs w:val="14"/>
                <w:lang w:val="ru-RU"/>
              </w:rPr>
              <w:t>21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, Углеводы - </w:t>
            </w:r>
            <w:r>
              <w:rPr>
                <w:color w:val="203040"/>
                <w:sz w:val="14"/>
                <w:szCs w:val="14"/>
                <w:lang w:val="ru-RU"/>
              </w:rPr>
              <w:t>34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>
              <w:rPr>
                <w:color w:val="203040"/>
                <w:sz w:val="14"/>
                <w:szCs w:val="14"/>
                <w:lang w:val="ru-RU"/>
              </w:rPr>
              <w:t>399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56B4D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45 г</w:t>
            </w:r>
          </w:p>
        </w:tc>
      </w:tr>
      <w:tr w:rsidR="0081006B" w:rsidRPr="00134E77" w14:paraId="77D31A0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3B0B5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F15B9" w14:textId="77777777" w:rsidR="0081006B" w:rsidRPr="00D15277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5277">
              <w:rPr>
                <w:b/>
                <w:bCs/>
                <w:color w:val="203040"/>
                <w:sz w:val="24"/>
                <w:szCs w:val="24"/>
                <w:lang w:val="ru-RU"/>
              </w:rPr>
              <w:t>Печенье воздушное "Сугроб"</w:t>
            </w:r>
          </w:p>
          <w:p w14:paraId="23C151B8" w14:textId="78FDC528" w:rsidR="0081006B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, Сахарный песок, Соль, Сахарная пудра, Яйцо столовое, Молоко сгущённое вареное, Глазурь шоколадная Капелька </w:t>
            </w:r>
          </w:p>
          <w:p w14:paraId="4A68CEE5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>Пищевая ценность: Белки - 4.56, Жиры - 9.51, Углеводы - 43.68, Калорийность - 281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5F2DF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5F8960D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A16D1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A4A6F" w14:textId="77777777" w:rsidR="0081006B" w:rsidRPr="00D15277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5277">
              <w:rPr>
                <w:b/>
                <w:bCs/>
                <w:color w:val="203040"/>
                <w:sz w:val="24"/>
                <w:szCs w:val="24"/>
                <w:lang w:val="ru-RU"/>
              </w:rPr>
              <w:t>Булочка заварная "Сластена"</w:t>
            </w:r>
          </w:p>
          <w:p w14:paraId="6AB65D90" w14:textId="23A633F4" w:rsidR="0081006B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2D5408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2D5408">
              <w:rPr>
                <w:color w:val="203040"/>
                <w:sz w:val="14"/>
                <w:szCs w:val="14"/>
                <w:lang w:val="ru-RU"/>
              </w:rPr>
              <w:t>, Яйцо столовое, Соль, Молоко сгущённое вареное, Глазурь шоколадная Капелька, Масло подсолнечное</w:t>
            </w:r>
          </w:p>
          <w:p w14:paraId="713043F6" w14:textId="77777777" w:rsidR="0081006B" w:rsidRPr="00AF4F7A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- 4.42, Жиры - 0.54, Углеводы - 51.42, Калорийность - 228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C2EB9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4F246F5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639E8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84C86" w14:textId="77777777" w:rsidR="0081006B" w:rsidRPr="00E667F1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b/>
                <w:bCs/>
                <w:color w:val="203040"/>
                <w:sz w:val="24"/>
                <w:szCs w:val="24"/>
                <w:lang w:val="ru-RU"/>
              </w:rPr>
              <w:t>Пряник "Школьник"</w:t>
            </w:r>
          </w:p>
          <w:p w14:paraId="529CA950" w14:textId="495FA1B7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Яйцо столовое, Соль, Сода </w:t>
            </w:r>
            <w:proofErr w:type="spellStart"/>
            <w:r w:rsidRPr="00E667F1">
              <w:rPr>
                <w:color w:val="203040"/>
                <w:sz w:val="14"/>
                <w:szCs w:val="14"/>
                <w:lang w:val="ru-RU"/>
              </w:rPr>
              <w:t>пищ</w:t>
            </w:r>
            <w:proofErr w:type="spellEnd"/>
            <w:r w:rsidR="00315AEE">
              <w:rPr>
                <w:color w:val="203040"/>
                <w:sz w:val="14"/>
                <w:szCs w:val="14"/>
                <w:lang w:val="ru-RU"/>
              </w:rPr>
              <w:t>.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</w:t>
            </w:r>
            <w:r w:rsidR="00315AEE" w:rsidRPr="00E667F1">
              <w:rPr>
                <w:color w:val="203040"/>
                <w:sz w:val="14"/>
                <w:szCs w:val="14"/>
                <w:lang w:val="ru-RU"/>
              </w:rPr>
              <w:t>Ванилин, Сахарный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песок</w:t>
            </w:r>
          </w:p>
          <w:p w14:paraId="5F184CFC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- 3.2, Жиры - 6.8, Углеводы - 37.9, Калорийность - 225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E411B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31511EF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F4D58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6F76C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70933">
              <w:rPr>
                <w:b/>
                <w:bCs/>
                <w:color w:val="203040"/>
                <w:sz w:val="24"/>
                <w:szCs w:val="24"/>
                <w:lang w:val="ru-RU"/>
              </w:rPr>
              <w:t>Соч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е</w:t>
            </w:r>
            <w:r w:rsidRPr="00870933">
              <w:rPr>
                <w:b/>
                <w:bCs/>
                <w:color w:val="203040"/>
                <w:sz w:val="24"/>
                <w:szCs w:val="24"/>
                <w:lang w:val="ru-RU"/>
              </w:rPr>
              <w:t>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ь</w:t>
            </w:r>
            <w:r w:rsidRPr="00870933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творогом</w:t>
            </w:r>
          </w:p>
          <w:p w14:paraId="0BDEA488" w14:textId="2BAD44BB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Сахарный песок, Сметана, Соль, Творог, Масло подсолнечное, Яйцо столовое</w:t>
            </w:r>
          </w:p>
          <w:p w14:paraId="775AB505" w14:textId="77777777" w:rsidR="0081006B" w:rsidRPr="002D5408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11,2,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Жиры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14,3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42,8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>
              <w:rPr>
                <w:color w:val="203040"/>
                <w:sz w:val="14"/>
                <w:szCs w:val="14"/>
                <w:lang w:val="ru-RU"/>
              </w:rPr>
              <w:t>345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F79D0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81006B" w:rsidRPr="00134E77" w14:paraId="5BA6BA9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DD40F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CED42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70933">
              <w:rPr>
                <w:b/>
                <w:bCs/>
                <w:color w:val="203040"/>
                <w:sz w:val="24"/>
                <w:szCs w:val="24"/>
                <w:lang w:val="ru-RU"/>
              </w:rPr>
              <w:t>Кольцо песочное</w:t>
            </w:r>
          </w:p>
          <w:p w14:paraId="7F06E473" w14:textId="7C25470E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Сахарный песок, Соль, Сода пищевая, Кислота лимонная, Ванилин, Орехи грецкие очищенные, Яйцо столовое</w:t>
            </w:r>
          </w:p>
          <w:p w14:paraId="46770A0F" w14:textId="77777777" w:rsidR="0081006B" w:rsidRPr="00566C21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- 6.09, Жиры - 20.31, Углеводы - 41.41, Калорийность - 363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9CC12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81006B" w:rsidRPr="00134E77" w14:paraId="22FFAF4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0E37C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3E178" w14:textId="77777777" w:rsidR="0081006B" w:rsidRPr="00240E5F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40E5F">
              <w:rPr>
                <w:b/>
                <w:bCs/>
                <w:color w:val="203040"/>
                <w:sz w:val="24"/>
                <w:szCs w:val="24"/>
                <w:lang w:val="ru-RU"/>
              </w:rPr>
              <w:t>Полоска песочная с фруктовой начинкой</w:t>
            </w:r>
          </w:p>
          <w:p w14:paraId="495D6EC4" w14:textId="2524DAC4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Яйцо столовое, Соль, Кислота лимонная, Сода пищевая, Повидло </w:t>
            </w:r>
            <w:r>
              <w:rPr>
                <w:color w:val="203040"/>
                <w:sz w:val="14"/>
                <w:szCs w:val="14"/>
                <w:lang w:val="ru-RU"/>
              </w:rPr>
              <w:t>фруктовое</w:t>
            </w:r>
          </w:p>
          <w:p w14:paraId="206F3B8F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- 5.9, Жиры - 4.4, Углеводы - 31.8, Калорийность - 257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C9512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81006B" w:rsidRPr="00134E77" w14:paraId="38158A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310AD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3A24E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Полоска песочная глазированная</w:t>
            </w:r>
          </w:p>
          <w:p w14:paraId="0A063B91" w14:textId="77777777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Масло сливочное, Яйцо столовое, Соль, Сода пищевая, Кислота лимонная, Повидло </w:t>
            </w:r>
            <w:r>
              <w:rPr>
                <w:color w:val="203040"/>
                <w:sz w:val="14"/>
                <w:szCs w:val="14"/>
                <w:lang w:val="ru-RU"/>
              </w:rPr>
              <w:t>фруктовое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Сахарный песок, Какао порошок, Ванилин, Глазурь шоколадная Капелька, Масло подсолнечное</w:t>
            </w:r>
          </w:p>
          <w:p w14:paraId="2C27EA1E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- 4.4, Жиры - 8.4, Углеводы - 45.8, Калорийность - 279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D3C78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81006B" w:rsidRPr="00134E77" w14:paraId="680C0CF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23871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C1761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Кольцо песочное с повидлом</w:t>
            </w:r>
          </w:p>
          <w:p w14:paraId="29498CED" w14:textId="1F46382B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Сахарный песок, Соль, Сода пищевая, Кислота лимонная, Повидло </w:t>
            </w:r>
            <w:r>
              <w:rPr>
                <w:color w:val="203040"/>
                <w:sz w:val="14"/>
                <w:szCs w:val="14"/>
                <w:lang w:val="ru-RU"/>
              </w:rPr>
              <w:t>фруктовое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Яйцо столовое, Масло </w:t>
            </w:r>
            <w:proofErr w:type="spellStart"/>
            <w:r w:rsidRPr="00E667F1">
              <w:rPr>
                <w:color w:val="203040"/>
                <w:sz w:val="14"/>
                <w:szCs w:val="14"/>
                <w:lang w:val="ru-RU"/>
              </w:rPr>
              <w:t>подсолн</w:t>
            </w:r>
            <w:proofErr w:type="spellEnd"/>
            <w:r w:rsidR="00315AEE">
              <w:rPr>
                <w:color w:val="203040"/>
                <w:sz w:val="14"/>
                <w:szCs w:val="14"/>
                <w:lang w:val="ru-RU"/>
              </w:rPr>
              <w:t>.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Глазурь шок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.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Ка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пелька</w:t>
            </w:r>
          </w:p>
          <w:p w14:paraId="05B02BC7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- 2.9, Жиры - 11, Углеводы - 31.9, Калорийность - 216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C364D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58E2767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AA6F7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42AE4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Пирожное "</w:t>
            </w:r>
            <w:proofErr w:type="spellStart"/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Кокосанка</w:t>
            </w:r>
            <w:proofErr w:type="spellEnd"/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  <w:p w14:paraId="69AE72DF" w14:textId="77777777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Состав: Кокосовая стружка, Сахарный песок, Яйцо столовое, Ванилин, Глазурь шоколадная Капелька</w:t>
            </w:r>
          </w:p>
          <w:p w14:paraId="6479D390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- 3.12, Жиры - 1.78, Углеводы - 32.01, Калорийность - 156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63380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81006B" w:rsidRPr="00134E77" w14:paraId="4C5BB3A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77938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1FF7C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Полоска песочная </w:t>
            </w:r>
          </w:p>
          <w:p w14:paraId="0452FCFD" w14:textId="12C83FDA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Сахарный песок, Яйцо столовое, Соль, Сода пищевая, Кислота лимонная, Молоко сгущённое вареное, Глазурь шоколадная Капелька, Глазурь кондитерская белая, Масло подсолнечное</w:t>
            </w:r>
          </w:p>
          <w:p w14:paraId="7EC01E35" w14:textId="77777777" w:rsidR="0081006B" w:rsidRPr="00870933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- 3.53, Жиры - 12.1, Углеводы - 42.7, Калорийность - 292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3E3ED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 г</w:t>
            </w:r>
          </w:p>
        </w:tc>
      </w:tr>
      <w:tr w:rsidR="0081006B" w:rsidRPr="00134E77" w14:paraId="29CCDF4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88647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445DB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Пирожное "Зебра"</w:t>
            </w:r>
          </w:p>
          <w:p w14:paraId="1BC8CA56" w14:textId="4C695FA2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Яйцо столовое, Сметана, Какао порошок, Сода пищевая, Кислота лимонная,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Молоко, Сахарная пудра</w:t>
            </w:r>
          </w:p>
          <w:p w14:paraId="01070EAD" w14:textId="77777777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>Пищевая ценность: Белки - 5.46, Жиры - 17.16, Углеводы - 44.52, Калорийность - 351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AB6A0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81006B" w:rsidRPr="00134E77" w14:paraId="00E4911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FAE1B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7202F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Пирожное "Цитрон"</w:t>
            </w:r>
          </w:p>
          <w:p w14:paraId="30CA6927" w14:textId="0C9439AA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</w:t>
            </w:r>
            <w:r w:rsidR="00315AEE">
              <w:rPr>
                <w:color w:val="203040"/>
                <w:sz w:val="14"/>
                <w:szCs w:val="14"/>
                <w:lang w:val="ru-RU"/>
              </w:rPr>
              <w:t>Масло сливочное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>, Яйцо столовое 1кат., Молоко, Ванилин, Сахарная помадка, Лимон свежий</w:t>
            </w:r>
          </w:p>
          <w:p w14:paraId="6030D698" w14:textId="77777777" w:rsidR="0081006B" w:rsidRPr="00E667F1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4,8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Жиры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16,7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37,8</w:t>
            </w:r>
            <w:r w:rsidRPr="00E667F1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>
              <w:rPr>
                <w:color w:val="203040"/>
                <w:sz w:val="14"/>
                <w:szCs w:val="14"/>
                <w:lang w:val="ru-RU"/>
              </w:rPr>
              <w:t>320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56A1C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81006B" w:rsidRPr="00134E77" w14:paraId="2C91DFD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EB575" w14:textId="77777777" w:rsidR="0081006B" w:rsidRDefault="0081006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439BF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Пирожное "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Картошка</w:t>
            </w:r>
            <w:r w:rsidRPr="0020373B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  <w:p w14:paraId="21483D70" w14:textId="77777777" w:rsidR="0081006B" w:rsidRPr="0084250E" w:rsidRDefault="0081006B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84250E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Яйцо столовое, Ароматизатор пищевой, Молоко сгущённое вареное, Какао порошок, Масло сливочное, Глазурь кондитерская белая</w:t>
            </w:r>
          </w:p>
          <w:p w14:paraId="6B69BEA3" w14:textId="77777777" w:rsidR="0081006B" w:rsidRPr="0020373B" w:rsidRDefault="0081006B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4250E">
              <w:rPr>
                <w:color w:val="203040"/>
                <w:sz w:val="14"/>
                <w:szCs w:val="14"/>
                <w:lang w:val="ru-RU"/>
              </w:rPr>
              <w:t>Пищевая ценность: Белки - 5.84, Жиры - 4.69, Углеводы - 36.2, Калорийность - 211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361F5" w14:textId="77777777" w:rsidR="0081006B" w:rsidRDefault="0081006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DC49BC" w:rsidRPr="00134E77" w14:paraId="71924E7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8CCC6" w14:textId="1DEAFB82" w:rsidR="00DC49BC" w:rsidRDefault="00DC49BC" w:rsidP="00DC49BC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F63C5" w14:textId="77777777" w:rsidR="00DC49BC" w:rsidRPr="003C3BC2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в слойке</w:t>
            </w:r>
          </w:p>
          <w:p w14:paraId="7B636995" w14:textId="77777777" w:rsidR="00DC49BC" w:rsidRPr="0052128A" w:rsidRDefault="00DC49BC" w:rsidP="00DC49BC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Яблоки свежие, Тесто слоеное </w:t>
            </w:r>
            <w:proofErr w:type="spellStart"/>
            <w:r w:rsidRPr="0052128A">
              <w:rPr>
                <w:color w:val="203040"/>
                <w:sz w:val="14"/>
                <w:szCs w:val="14"/>
                <w:lang w:val="ru-RU"/>
              </w:rPr>
              <w:t>бездро</w:t>
            </w:r>
            <w:r>
              <w:rPr>
                <w:color w:val="203040"/>
                <w:sz w:val="14"/>
                <w:szCs w:val="14"/>
                <w:lang w:val="ru-RU"/>
              </w:rPr>
              <w:t>ж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ж</w:t>
            </w:r>
            <w:r>
              <w:rPr>
                <w:color w:val="203040"/>
                <w:sz w:val="14"/>
                <w:szCs w:val="14"/>
                <w:lang w:val="ru-RU"/>
              </w:rPr>
              <w:t>евое</w:t>
            </w:r>
            <w:proofErr w:type="spellEnd"/>
            <w:r w:rsidRPr="0052128A">
              <w:rPr>
                <w:color w:val="203040"/>
                <w:sz w:val="14"/>
                <w:szCs w:val="14"/>
                <w:lang w:val="ru-RU"/>
              </w:rPr>
              <w:t>, Яйцо столовое, Сахарный песок</w:t>
            </w:r>
          </w:p>
          <w:p w14:paraId="601485BE" w14:textId="2FD68459" w:rsidR="00DC49BC" w:rsidRPr="0020373B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- 3.9, Жиры - 10.5, Углеводы - 44.6, Калорийность - 291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BC49C" w14:textId="53A010B0" w:rsidR="00DC49BC" w:rsidRDefault="00DC49BC" w:rsidP="00DC49BC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135 г</w:t>
            </w:r>
          </w:p>
        </w:tc>
      </w:tr>
      <w:tr w:rsidR="0081006B" w:rsidRPr="00DC49BC" w14:paraId="4AFC0C7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48A19" w14:textId="06D95268" w:rsidR="0081006B" w:rsidRDefault="003D04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FB7CB" w14:textId="77777777" w:rsidR="00DC49BC" w:rsidRPr="00DC49BC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C49BC">
              <w:rPr>
                <w:b/>
                <w:bCs/>
                <w:color w:val="203040"/>
                <w:sz w:val="24"/>
                <w:szCs w:val="24"/>
                <w:lang w:val="ru-RU"/>
              </w:rPr>
              <w:t>Кекс "</w:t>
            </w:r>
            <w:proofErr w:type="spellStart"/>
            <w:r w:rsidRPr="00DC49BC">
              <w:rPr>
                <w:b/>
                <w:bCs/>
                <w:color w:val="203040"/>
                <w:sz w:val="24"/>
                <w:szCs w:val="24"/>
                <w:lang w:val="ru-RU"/>
              </w:rPr>
              <w:t>Бонжур</w:t>
            </w:r>
            <w:proofErr w:type="spellEnd"/>
            <w:r w:rsidRPr="00DC49BC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какао"</w:t>
            </w:r>
          </w:p>
          <w:p w14:paraId="427AC84E" w14:textId="406A3CA7" w:rsidR="00DC49BC" w:rsidRPr="00DC49BC" w:rsidRDefault="00DC49BC" w:rsidP="00DC49BC">
            <w:pPr>
              <w:rPr>
                <w:color w:val="203040"/>
                <w:sz w:val="14"/>
                <w:szCs w:val="14"/>
                <w:lang w:val="ru-RU"/>
              </w:rPr>
            </w:pPr>
            <w:r w:rsidRPr="00DC49BC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подсолнечное, Яйцо столовое, Сода пищевая, Кефир 2,5%, Какао порошок, Сахарная помадка, Посыпка кондитерская</w:t>
            </w:r>
          </w:p>
          <w:p w14:paraId="2772E93B" w14:textId="63954CE7" w:rsidR="0081006B" w:rsidRPr="0020373B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5,4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, Жиры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17,2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35,6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, Калорийность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3D0419">
              <w:rPr>
                <w:color w:val="203040"/>
                <w:sz w:val="14"/>
                <w:szCs w:val="14"/>
                <w:lang w:val="ru-RU"/>
              </w:rPr>
              <w:t>320,0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A318E" w14:textId="28B4435B" w:rsidR="0081006B" w:rsidRDefault="003D04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DC49BC" w:rsidRPr="00DC49BC" w14:paraId="0751190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4CEAE" w14:textId="2072746F" w:rsidR="00DC49BC" w:rsidRDefault="00DC49BC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F50EE" w14:textId="77777777" w:rsidR="00DC49BC" w:rsidRPr="00DC49BC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C49BC">
              <w:rPr>
                <w:b/>
                <w:bCs/>
                <w:color w:val="203040"/>
                <w:sz w:val="24"/>
                <w:szCs w:val="24"/>
                <w:lang w:val="ru-RU"/>
              </w:rPr>
              <w:t>Сырные палочки</w:t>
            </w:r>
          </w:p>
          <w:p w14:paraId="36C09340" w14:textId="689D9202" w:rsidR="00DC49BC" w:rsidRPr="00DC49BC" w:rsidRDefault="00DC49BC" w:rsidP="00DC49BC">
            <w:pPr>
              <w:rPr>
                <w:color w:val="203040"/>
                <w:sz w:val="14"/>
                <w:szCs w:val="14"/>
                <w:lang w:val="ru-RU"/>
              </w:rPr>
            </w:pP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Состав: Тесто слоеное </w:t>
            </w:r>
            <w:proofErr w:type="spellStart"/>
            <w:r w:rsidRPr="00DC49BC">
              <w:rPr>
                <w:color w:val="203040"/>
                <w:sz w:val="14"/>
                <w:szCs w:val="14"/>
                <w:lang w:val="ru-RU"/>
              </w:rPr>
              <w:t>бездро</w:t>
            </w:r>
            <w:r>
              <w:rPr>
                <w:color w:val="203040"/>
                <w:sz w:val="14"/>
                <w:szCs w:val="14"/>
                <w:lang w:val="ru-RU"/>
              </w:rPr>
              <w:t>жжевое</w:t>
            </w:r>
            <w:proofErr w:type="spellEnd"/>
            <w:r w:rsidRPr="00DC49BC">
              <w:rPr>
                <w:color w:val="203040"/>
                <w:sz w:val="14"/>
                <w:szCs w:val="14"/>
                <w:lang w:val="ru-RU"/>
              </w:rPr>
              <w:t>, Сыр, Яйцо столовое, Масло подсолнечное</w:t>
            </w:r>
          </w:p>
          <w:p w14:paraId="1D39CE11" w14:textId="1748D94D" w:rsidR="00DC49BC" w:rsidRDefault="00DC49BC" w:rsidP="00DC49B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2,6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, Жиры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12,5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11,</w:t>
            </w:r>
            <w:r w:rsidRPr="00DC49BC">
              <w:rPr>
                <w:color w:val="203040"/>
                <w:sz w:val="14"/>
                <w:szCs w:val="14"/>
                <w:lang w:val="ru-RU"/>
              </w:rPr>
              <w:t xml:space="preserve">0, Калорийность - </w:t>
            </w:r>
            <w:r>
              <w:rPr>
                <w:color w:val="203040"/>
                <w:sz w:val="14"/>
                <w:szCs w:val="14"/>
                <w:lang w:val="ru-RU"/>
              </w:rPr>
              <w:t>165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32862" w14:textId="61A198F4" w:rsidR="00DC49BC" w:rsidRDefault="00DC49BC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40 г</w:t>
            </w:r>
            <w:r w:rsidR="003D041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11E636B1" w14:textId="77777777" w:rsidR="00CB2EB9" w:rsidRPr="00315AEE" w:rsidRDefault="00CB2EB9">
      <w:pPr>
        <w:rPr>
          <w:b/>
          <w:color w:val="1F4E78"/>
          <w:sz w:val="2"/>
          <w:szCs w:val="2"/>
          <w:lang w:val="ru-RU"/>
        </w:rPr>
      </w:pPr>
    </w:p>
    <w:p w14:paraId="5164B637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061530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CB3D21E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CB47EDA" w14:textId="7ADD8D29" w:rsidR="00122132" w:rsidRDefault="00122132">
      <w:pPr>
        <w:rPr>
          <w:b/>
          <w:color w:val="1F4E78"/>
          <w:sz w:val="28"/>
          <w:lang w:val="ru-RU"/>
        </w:rPr>
      </w:pPr>
    </w:p>
    <w:p w14:paraId="207D594E" w14:textId="77777777" w:rsidR="00454477" w:rsidRDefault="00454477">
      <w:pPr>
        <w:rPr>
          <w:b/>
          <w:color w:val="1F4E78"/>
          <w:sz w:val="28"/>
          <w:lang w:val="ru-RU"/>
        </w:rPr>
      </w:pPr>
    </w:p>
    <w:p w14:paraId="15B9D07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07A25E5B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C472637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06CB4A60" w14:textId="77777777" w:rsidR="00454477" w:rsidRDefault="00454477">
      <w:pPr>
        <w:rPr>
          <w:b/>
          <w:color w:val="1F4E78"/>
          <w:sz w:val="28"/>
          <w:lang w:val="ru-RU"/>
        </w:rPr>
      </w:pPr>
    </w:p>
    <w:p w14:paraId="5CCE8E8E" w14:textId="03D7BF1C" w:rsidR="009A02F3" w:rsidRDefault="009A02F3">
      <w:pPr>
        <w:rPr>
          <w:lang w:val="ru-RU"/>
        </w:rPr>
      </w:pPr>
      <w:r>
        <w:rPr>
          <w:b/>
          <w:color w:val="1F4E78"/>
          <w:sz w:val="28"/>
          <w:lang w:val="ru-RU"/>
        </w:rPr>
        <w:t>БУТЕРБРОДЫ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9A02F3" w14:paraId="303F4BD7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EBECF" w14:textId="77777777" w:rsidR="009A02F3" w:rsidRPr="005E187D" w:rsidRDefault="009A02F3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AEE8E" w14:textId="77777777" w:rsidR="009A02F3" w:rsidRPr="00AF7D4F" w:rsidRDefault="009A02F3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E91E2" w14:textId="77777777" w:rsidR="009A02F3" w:rsidRPr="00AF7D4F" w:rsidRDefault="009A02F3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9A02F3" w14:paraId="07D8D9D8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074D4E8D" w14:textId="77777777" w:rsidR="009A02F3" w:rsidRPr="00AF7D4F" w:rsidRDefault="009A02F3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3BCB29BA" w14:textId="77777777" w:rsidR="009A02F3" w:rsidRPr="00AF7D4F" w:rsidRDefault="009A02F3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7C0C8861" w14:textId="77777777" w:rsidR="009A02F3" w:rsidRPr="00AF7D4F" w:rsidRDefault="009A02F3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9A02F3" w:rsidRPr="00134E77" w14:paraId="3D5AFBA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9D676" w14:textId="49D40515" w:rsidR="009A02F3" w:rsidRPr="00C15079" w:rsidRDefault="006531E8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95</w:t>
            </w:r>
            <w:r w:rsidR="009A02F3" w:rsidRPr="00C1507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F7FB5" w14:textId="34BFEF07" w:rsidR="00566C21" w:rsidRPr="00566C21" w:rsidRDefault="00566C21" w:rsidP="00566C2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b/>
                <w:bCs/>
                <w:color w:val="203040"/>
                <w:sz w:val="24"/>
                <w:szCs w:val="24"/>
                <w:lang w:val="ru-RU"/>
              </w:rPr>
              <w:t>Сэндвич</w:t>
            </w:r>
            <w:r w:rsidR="00F50380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ветчиной</w:t>
            </w:r>
            <w:r w:rsidRPr="00566C21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="006531E8">
              <w:rPr>
                <w:b/>
                <w:bCs/>
                <w:color w:val="203040"/>
                <w:sz w:val="24"/>
                <w:szCs w:val="24"/>
                <w:lang w:val="ru-RU"/>
              </w:rPr>
              <w:t>и сыром</w:t>
            </w:r>
          </w:p>
          <w:p w14:paraId="6B230CDB" w14:textId="0018C1CB" w:rsidR="00566C21" w:rsidRPr="00566C21" w:rsidRDefault="00566C21" w:rsidP="00566C21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Ветчина, Помидоры свежие, Масло подсолнечное, Лук репчатый св., Томатная паста, Крахмал картофельный, Укроп свежий, Сахарный песок, Соль, Сыр, Петрушка свеж., Мука пшеничная, Сахарный песок, Масло сливочное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 Яйцо столовое</w:t>
            </w:r>
          </w:p>
          <w:p w14:paraId="284CE1B8" w14:textId="4E99B7AC" w:rsidR="009A02F3" w:rsidRPr="00C55E52" w:rsidRDefault="00566C21" w:rsidP="00566C21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- 16.87, Жиры - 12.3, Углеводы - 39, Калорийность - 339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C2317" w14:textId="62B30B01" w:rsidR="009A02F3" w:rsidRPr="00C15079" w:rsidRDefault="00566C2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</w:t>
            </w:r>
            <w:r w:rsidR="009A02F3" w:rsidRPr="00C1507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566C21" w:rsidRPr="00134E77" w14:paraId="1536D0A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E8CE2" w14:textId="0849704E" w:rsidR="00566C21" w:rsidRDefault="006531E8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</w:t>
            </w:r>
            <w:r w:rsidR="00374D7E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FC176" w14:textId="247C7346" w:rsidR="00566C21" w:rsidRPr="00566C21" w:rsidRDefault="00566C21" w:rsidP="00566C2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с ветчиной и сыром</w:t>
            </w:r>
          </w:p>
          <w:p w14:paraId="668D9106" w14:textId="304202DE" w:rsidR="00566C21" w:rsidRPr="00566C21" w:rsidRDefault="00566C21" w:rsidP="00566C21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AF732E" w:rsidRPr="00AF732E">
              <w:rPr>
                <w:color w:val="203040"/>
                <w:sz w:val="14"/>
                <w:szCs w:val="14"/>
                <w:lang w:val="ru-RU"/>
              </w:rPr>
              <w:t>ветчина, сыр, батон нарезной</w:t>
            </w:r>
            <w:r w:rsidR="00237D90">
              <w:rPr>
                <w:color w:val="203040"/>
                <w:sz w:val="14"/>
                <w:szCs w:val="14"/>
                <w:lang w:val="ru-RU"/>
              </w:rPr>
              <w:t xml:space="preserve">, 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>Петрушка свеж.</w:t>
            </w:r>
          </w:p>
          <w:p w14:paraId="18AF8F73" w14:textId="6001861E" w:rsidR="00566C21" w:rsidRPr="00566C21" w:rsidRDefault="00566C21" w:rsidP="00566C2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- 5.7, Жиры - 7, Углеводы - 10.9, Калорийность - 130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EDDFC" w14:textId="5D99A722" w:rsidR="00566C21" w:rsidRDefault="00374D7E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</w:t>
            </w:r>
            <w:r w:rsidR="006531E8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566C21" w:rsidRPr="00134E77" w14:paraId="057B4E7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72175" w14:textId="6E86C794" w:rsidR="00566C21" w:rsidRDefault="001F437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ACBEB" w14:textId="77777777" w:rsidR="00FF4093" w:rsidRPr="00FF4093" w:rsidRDefault="00FF4093" w:rsidP="00FF409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F4093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горячий с ветчиной и сыром</w:t>
            </w:r>
          </w:p>
          <w:p w14:paraId="5B1DDD06" w14:textId="4EB763EC" w:rsidR="00FF4093" w:rsidRPr="00566C21" w:rsidRDefault="00FF4093" w:rsidP="00FF4093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AF732E" w:rsidRPr="00AF732E">
              <w:rPr>
                <w:color w:val="203040"/>
                <w:sz w:val="14"/>
                <w:szCs w:val="14"/>
                <w:lang w:val="ru-RU"/>
              </w:rPr>
              <w:t>ветчина, сыр, батон нарезной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, </w:t>
            </w:r>
            <w:r w:rsidR="00B35E11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B35E11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</w:p>
          <w:p w14:paraId="771B719F" w14:textId="6CF5070F" w:rsidR="00566C21" w:rsidRPr="00566C21" w:rsidRDefault="00FF4093" w:rsidP="00FF409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- 7.15, Жиры - 7.8, Углеводы - 15.5, Калорийность - 160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2E515" w14:textId="7F007588" w:rsidR="00566C21" w:rsidRDefault="006531E8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</w:t>
            </w:r>
            <w:r w:rsidR="001F437A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374D7E" w:rsidRPr="00134E77" w14:paraId="7EA4D97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054E0" w14:textId="44E7379E" w:rsidR="00374D7E" w:rsidRDefault="001F437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2C43F" w14:textId="74B4013C" w:rsidR="00427DE0" w:rsidRPr="00427DE0" w:rsidRDefault="00427DE0" w:rsidP="00427DE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27DE0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горячий с ветчиной,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427DE0">
              <w:rPr>
                <w:b/>
                <w:bCs/>
                <w:color w:val="203040"/>
                <w:sz w:val="24"/>
                <w:szCs w:val="24"/>
                <w:lang w:val="ru-RU"/>
              </w:rPr>
              <w:t>сыром и помидорами</w:t>
            </w:r>
          </w:p>
          <w:p w14:paraId="3DFF93C8" w14:textId="58C27B2A" w:rsidR="00427DE0" w:rsidRPr="00566C21" w:rsidRDefault="00427DE0" w:rsidP="00427DE0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AF732E">
              <w:rPr>
                <w:color w:val="203040"/>
                <w:sz w:val="14"/>
                <w:szCs w:val="14"/>
                <w:lang w:val="ru-RU"/>
              </w:rPr>
              <w:t>в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етчина, </w:t>
            </w:r>
            <w:r w:rsidR="00AF732E">
              <w:rPr>
                <w:color w:val="203040"/>
                <w:sz w:val="14"/>
                <w:szCs w:val="14"/>
                <w:lang w:val="ru-RU"/>
              </w:rPr>
              <w:t>с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ыр, </w:t>
            </w:r>
            <w:r w:rsidR="00AF732E">
              <w:rPr>
                <w:color w:val="203040"/>
                <w:sz w:val="14"/>
                <w:szCs w:val="14"/>
                <w:lang w:val="ru-RU"/>
              </w:rPr>
              <w:t>б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атон нарезной, Соус </w:t>
            </w:r>
            <w:r w:rsidR="0022150A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, </w:t>
            </w:r>
            <w:r>
              <w:rPr>
                <w:color w:val="203040"/>
                <w:sz w:val="14"/>
                <w:szCs w:val="14"/>
                <w:lang w:val="ru-RU"/>
              </w:rPr>
              <w:t>п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>омидоры свежие</w:t>
            </w:r>
          </w:p>
          <w:p w14:paraId="4E04EA1E" w14:textId="2F1CA1EB" w:rsidR="00374D7E" w:rsidRPr="00566C21" w:rsidRDefault="00427DE0" w:rsidP="00427DE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- 7.15, Жиры - 7.8, Углеводы - 15.5, Калорийность - 160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66B73" w14:textId="7D79ED0D" w:rsidR="00374D7E" w:rsidRDefault="00237D9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</w:t>
            </w:r>
            <w:r w:rsidR="001F437A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374D7E" w:rsidRPr="00134E77" w14:paraId="36BB0A1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891E4" w14:textId="002AB849" w:rsidR="00374D7E" w:rsidRDefault="00237D9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31732" w14:textId="77777777" w:rsidR="00AF732E" w:rsidRPr="00AF732E" w:rsidRDefault="00AF732E" w:rsidP="00AF732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F732E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горячий с курицей и сыром</w:t>
            </w:r>
          </w:p>
          <w:p w14:paraId="661DB16D" w14:textId="7300B7F7" w:rsidR="00AF732E" w:rsidRPr="00566C21" w:rsidRDefault="00AF732E" w:rsidP="00AF732E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237D90"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 кур, </w:t>
            </w:r>
            <w:r>
              <w:rPr>
                <w:color w:val="203040"/>
                <w:sz w:val="14"/>
                <w:szCs w:val="14"/>
                <w:lang w:val="ru-RU"/>
              </w:rPr>
              <w:t>с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ыр, </w:t>
            </w:r>
            <w:r>
              <w:rPr>
                <w:color w:val="203040"/>
                <w:sz w:val="14"/>
                <w:szCs w:val="14"/>
                <w:lang w:val="ru-RU"/>
              </w:rPr>
              <w:t>б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атон нарезной, </w:t>
            </w:r>
            <w:r w:rsidR="0022150A" w:rsidRPr="0022150A">
              <w:rPr>
                <w:color w:val="203040"/>
                <w:sz w:val="14"/>
                <w:szCs w:val="14"/>
                <w:lang w:val="ru-RU"/>
              </w:rPr>
              <w:t>Соус на подсолнечном масле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>, Масло подсолнечное</w:t>
            </w:r>
          </w:p>
          <w:p w14:paraId="36418682" w14:textId="3E772A49" w:rsidR="00374D7E" w:rsidRPr="00566C21" w:rsidRDefault="00AF732E" w:rsidP="00AF732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- 14.02, Жиры - 24.1, Углеводы - 27.9, Калорийность - 385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2094A" w14:textId="64135356" w:rsidR="00374D7E" w:rsidRDefault="00237D9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</w:t>
            </w:r>
            <w:r w:rsidR="001F437A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374D7E" w:rsidRPr="00134E77" w14:paraId="7BBEF8F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FD726" w14:textId="5D7E24E2" w:rsidR="00374D7E" w:rsidRDefault="001F437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E0B03" w14:textId="77777777" w:rsidR="00237D90" w:rsidRDefault="00AD5F2D" w:rsidP="00AD5F2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D5F2D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с ветчиной</w:t>
            </w:r>
          </w:p>
          <w:p w14:paraId="32DE4A43" w14:textId="108047C5" w:rsidR="00AD5F2D" w:rsidRPr="00566C21" w:rsidRDefault="00AD5F2D" w:rsidP="00AD5F2D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Ветчина, Батон нарезной из муки в/с обогащенный</w:t>
            </w:r>
          </w:p>
          <w:p w14:paraId="036D93C4" w14:textId="7A2DF477" w:rsidR="00374D7E" w:rsidRPr="00566C21" w:rsidRDefault="00AD5F2D" w:rsidP="00AD5F2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- 3.63, Жиры - 6.78, Углеводы - 13.36, Калорийность - 105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A7A35" w14:textId="570E2E59" w:rsidR="00374D7E" w:rsidRDefault="001F437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40 г</w:t>
            </w:r>
          </w:p>
        </w:tc>
      </w:tr>
      <w:tr w:rsidR="00427DE0" w:rsidRPr="00134E77" w14:paraId="4A53613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3A04C" w14:textId="3ADB5058" w:rsidR="00427DE0" w:rsidRDefault="001F437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</w:t>
            </w:r>
            <w:r w:rsidR="00237D90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</w:t>
            </w: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785AD" w14:textId="1EF445FF" w:rsidR="00AD5F2D" w:rsidRPr="00AD5F2D" w:rsidRDefault="00AD5F2D" w:rsidP="00AD5F2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D5F2D">
              <w:rPr>
                <w:b/>
                <w:bCs/>
                <w:color w:val="203040"/>
                <w:sz w:val="24"/>
                <w:szCs w:val="24"/>
                <w:lang w:val="ru-RU"/>
              </w:rPr>
              <w:t>Бутерброд с форелью</w:t>
            </w:r>
          </w:p>
          <w:p w14:paraId="11B000FD" w14:textId="4916A651" w:rsidR="00AD5F2D" w:rsidRPr="00566C21" w:rsidRDefault="00AD5F2D" w:rsidP="00AD5F2D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Филе форели слабой соли, Батон нарезной, Петрушка свеж.</w:t>
            </w:r>
          </w:p>
          <w:p w14:paraId="32594B9E" w14:textId="2661130D" w:rsidR="00427DE0" w:rsidRPr="00566C21" w:rsidRDefault="00AD5F2D" w:rsidP="00AD5F2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- 6.7, Жиры - 2.7, Углеводы - 14.8, Калорийность - 110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6B53B" w14:textId="02A2FA17" w:rsidR="00427DE0" w:rsidRDefault="001F437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46 г</w:t>
            </w:r>
          </w:p>
        </w:tc>
      </w:tr>
      <w:tr w:rsidR="00427DE0" w:rsidRPr="00134E77" w14:paraId="75F1D3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45696" w14:textId="3E8959FC" w:rsidR="00427DE0" w:rsidRDefault="00237D9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95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F84BB" w14:textId="2DAE5C45" w:rsidR="007C1B55" w:rsidRPr="007C1B55" w:rsidRDefault="007C1B55" w:rsidP="007C1B5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C1B55">
              <w:rPr>
                <w:b/>
                <w:bCs/>
                <w:color w:val="203040"/>
                <w:sz w:val="24"/>
                <w:szCs w:val="24"/>
                <w:lang w:val="ru-RU"/>
              </w:rPr>
              <w:t>Сэндвич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Pr="007C1B55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с </w:t>
            </w:r>
            <w:r w:rsidR="00237D90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куриной </w:t>
            </w:r>
            <w:r w:rsidRPr="007C1B55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котлетой</w:t>
            </w:r>
          </w:p>
          <w:p w14:paraId="15A3EB87" w14:textId="50CF412B" w:rsidR="007C1B55" w:rsidRPr="00566C21" w:rsidRDefault="007C1B55" w:rsidP="007C1B55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Филе грудки кур, Мука пшеничная, Яйцо столовое, Соль, </w:t>
            </w:r>
            <w:r w:rsidR="0022150A" w:rsidRPr="0022150A">
              <w:rPr>
                <w:color w:val="203040"/>
                <w:sz w:val="14"/>
                <w:szCs w:val="14"/>
                <w:lang w:val="ru-RU"/>
              </w:rPr>
              <w:t>Соус на подсолнечном масле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>, Масло подсолнечное, Лук репчатый св., Томатная паста, Крахмал картофельный, Укроп свежий, Сахарный песок, Соль</w:t>
            </w:r>
          </w:p>
          <w:p w14:paraId="363AA4C4" w14:textId="7933E898" w:rsidR="00427DE0" w:rsidRPr="00566C21" w:rsidRDefault="007C1B55" w:rsidP="007C1B5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- 13.7, Жиры - 9.7, Углеводы - 42.1, Калорийность - 313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FB8D1" w14:textId="6446A177" w:rsidR="00427DE0" w:rsidRDefault="001F437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140 г</w:t>
            </w:r>
          </w:p>
        </w:tc>
      </w:tr>
      <w:tr w:rsidR="00AD5F2D" w:rsidRPr="00134E77" w14:paraId="35981A5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68BAD" w14:textId="30B0E70A" w:rsidR="00AD5F2D" w:rsidRDefault="00237D9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95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04C5D" w14:textId="4AE380FD" w:rsidR="007C1B55" w:rsidRDefault="007C1B55" w:rsidP="007C1B55">
            <w:pPr>
              <w:rPr>
                <w:color w:val="203040"/>
                <w:sz w:val="14"/>
                <w:szCs w:val="14"/>
                <w:lang w:val="ru-RU"/>
              </w:rPr>
            </w:pPr>
            <w:r w:rsidRPr="007C1B55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Сэндвич с </w:t>
            </w:r>
            <w:r w:rsidR="00237D90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говяжьей </w:t>
            </w:r>
            <w:r w:rsidRPr="007C1B55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котлетой </w:t>
            </w:r>
          </w:p>
          <w:p w14:paraId="4CC96502" w14:textId="10D514C8" w:rsidR="00AD5F2D" w:rsidRPr="00566C21" w:rsidRDefault="007C1B55" w:rsidP="00237D9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Сахарный песок, Масло сливочное, Яйцо столовое, Соль, Дрожжи, Масло подсолнечное, Говядина, Мука пшеничная, Молоко, </w:t>
            </w:r>
            <w:r w:rsidR="0022150A" w:rsidRPr="0022150A">
              <w:rPr>
                <w:color w:val="203040"/>
                <w:sz w:val="14"/>
                <w:szCs w:val="14"/>
                <w:lang w:val="ru-RU"/>
              </w:rPr>
              <w:t>Соус на подсолнечном масле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 Пищевая ценность: Белки - 8.38, Жиры - 4.85, Углеводы - 11.35, Калорийность - 120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4CC8D" w14:textId="1E3336E8" w:rsidR="00AD5F2D" w:rsidRDefault="00237D9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140</w:t>
            </w:r>
            <w:r w:rsidR="001F437A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AD5F2D" w:rsidRPr="00134E77" w14:paraId="206B970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80CCC" w14:textId="6D0A44DE" w:rsidR="00AD5F2D" w:rsidRDefault="00CB2EB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E5D48" w14:textId="4424962C" w:rsidR="00F50380" w:rsidRPr="00F50380" w:rsidRDefault="00F50380" w:rsidP="00F5038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50380">
              <w:rPr>
                <w:b/>
                <w:bCs/>
                <w:color w:val="203040"/>
                <w:sz w:val="24"/>
                <w:szCs w:val="24"/>
                <w:lang w:val="ru-RU"/>
              </w:rPr>
              <w:t>Сэндвич</w:t>
            </w:r>
            <w:r w:rsidR="00CB2EB9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вегетарианский</w:t>
            </w:r>
          </w:p>
          <w:p w14:paraId="0A6ADDD2" w14:textId="3A03DFD8" w:rsidR="00F50380" w:rsidRPr="00566C21" w:rsidRDefault="00F50380" w:rsidP="00F50380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Сыр, Помидоры свежие, Масло подсолнечное, Лук репчатый св., Томатная паста, Крахмал картофельный, Укроп свежий, Сахарный песок, Соль, Петрушка свеж., Мука пшеничная, Масло сливочное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 Яйцо столовое</w:t>
            </w:r>
          </w:p>
          <w:p w14:paraId="2C4FABA1" w14:textId="3CF75F6A" w:rsidR="00AD5F2D" w:rsidRPr="00566C21" w:rsidRDefault="00F50380" w:rsidP="00F5038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- 14.09, Жиры - 9.95, Углеводы - 38.84, Калорийность - 315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7F7D7" w14:textId="62FB5B66" w:rsidR="00AD5F2D" w:rsidRDefault="001F437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140 г</w:t>
            </w:r>
          </w:p>
        </w:tc>
      </w:tr>
      <w:tr w:rsidR="00AD5F2D" w:rsidRPr="00134E77" w14:paraId="1AAE449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C8EB3" w14:textId="63A8FFC6" w:rsidR="00AD5F2D" w:rsidRDefault="00CB2EB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89D5B" w14:textId="28C79EC5" w:rsidR="007B25EE" w:rsidRPr="007B25EE" w:rsidRDefault="00CB2EB9" w:rsidP="007B25E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Сэндвич</w:t>
            </w:r>
            <w:r w:rsidR="007B25EE" w:rsidRPr="007B25EE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 форелью</w:t>
            </w:r>
          </w:p>
          <w:p w14:paraId="7A428910" w14:textId="3C0A542E" w:rsidR="007B25EE" w:rsidRPr="00566C21" w:rsidRDefault="007B25EE" w:rsidP="007B25EE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Мука пшеничная, Сахарный песок, Масло сливочное, Яйцо столовое, Соль, Дрожжи х/п пресс., Масло подсолнечное, Филе форели, Сливки, Мука пшеничная, Петрушка свеж., Помидоры свежие</w:t>
            </w:r>
          </w:p>
          <w:p w14:paraId="5D4B4F9A" w14:textId="734C29E5" w:rsidR="00AD5F2D" w:rsidRPr="00566C21" w:rsidRDefault="007B25EE" w:rsidP="007B25E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- 8.96, Жиры - 5.19, Углеводы - 12.14, Калорийность - 128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9BA56" w14:textId="11C61748" w:rsidR="00AD5F2D" w:rsidRDefault="001F437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</w:t>
            </w:r>
            <w:r w:rsidR="00CB2EB9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AD5F2D" w:rsidRPr="00134E77" w14:paraId="4F9E8A2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A3C68" w14:textId="553F7BA0" w:rsidR="00AD5F2D" w:rsidRDefault="00CB2EB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95</w:t>
            </w:r>
            <w:r w:rsidR="001F437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24B46" w14:textId="1CA21AC9" w:rsidR="007B25EE" w:rsidRPr="007B25EE" w:rsidRDefault="00CB2EB9" w:rsidP="007B25E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Сэндвич</w:t>
            </w:r>
            <w:r w:rsidR="007B25EE" w:rsidRPr="007B25EE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со свининой</w:t>
            </w:r>
          </w:p>
          <w:p w14:paraId="0043B66B" w14:textId="7FCA593F" w:rsidR="007B25EE" w:rsidRPr="00566C21" w:rsidRDefault="007B25EE" w:rsidP="007B25EE">
            <w:pPr>
              <w:rPr>
                <w:color w:val="203040"/>
                <w:sz w:val="14"/>
                <w:szCs w:val="1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Состав: Сахарный песок, Яйцо столовое, Соль, Дрожжи х/п пресс., Свинина, Масло подсолнечное, Сливки, Мука пшеничная, Масло сливочное, Капуста китайская, Помидоры свежие, Петрушка свеж.</w:t>
            </w:r>
          </w:p>
          <w:p w14:paraId="143C3CAC" w14:textId="40B9E476" w:rsidR="00AD5F2D" w:rsidRPr="00566C21" w:rsidRDefault="007B25EE" w:rsidP="007B25E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66C21">
              <w:rPr>
                <w:color w:val="203040"/>
                <w:sz w:val="14"/>
                <w:szCs w:val="14"/>
                <w:lang w:val="ru-RU"/>
              </w:rPr>
              <w:t>Пищевая ценность: Белки - 7.6, Жиры - 4.4, Углеводы - 10.3, Калорийность - 109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0529F" w14:textId="77529B2A" w:rsidR="00AD5F2D" w:rsidRDefault="00CB2EB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127</w:t>
            </w:r>
            <w:r w:rsidR="001F437A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</w:tbl>
    <w:p w14:paraId="5A4C55A7" w14:textId="4A403449" w:rsidR="009A02F3" w:rsidRPr="00315AEE" w:rsidRDefault="009A02F3">
      <w:pPr>
        <w:rPr>
          <w:sz w:val="2"/>
          <w:szCs w:val="4"/>
          <w:lang w:val="ru-RU"/>
        </w:rPr>
      </w:pPr>
    </w:p>
    <w:p w14:paraId="6BCDD10F" w14:textId="77777777" w:rsidR="00122132" w:rsidRDefault="00122132" w:rsidP="001F437A">
      <w:pPr>
        <w:rPr>
          <w:b/>
          <w:color w:val="1F4E78"/>
          <w:sz w:val="28"/>
          <w:lang w:val="ru-RU"/>
        </w:rPr>
      </w:pPr>
    </w:p>
    <w:p w14:paraId="353E4A79" w14:textId="77777777" w:rsidR="00122132" w:rsidRDefault="00122132" w:rsidP="001F437A">
      <w:pPr>
        <w:rPr>
          <w:b/>
          <w:color w:val="1F4E78"/>
          <w:sz w:val="28"/>
          <w:lang w:val="ru-RU"/>
        </w:rPr>
      </w:pPr>
    </w:p>
    <w:p w14:paraId="0FA30800" w14:textId="77777777" w:rsidR="00122132" w:rsidRDefault="00122132" w:rsidP="001F437A">
      <w:pPr>
        <w:rPr>
          <w:b/>
          <w:color w:val="1F4E78"/>
          <w:sz w:val="28"/>
          <w:lang w:val="ru-RU"/>
        </w:rPr>
      </w:pPr>
    </w:p>
    <w:p w14:paraId="6D4B8816" w14:textId="77777777" w:rsidR="00122132" w:rsidRDefault="00122132" w:rsidP="001F437A">
      <w:pPr>
        <w:rPr>
          <w:b/>
          <w:color w:val="1F4E78"/>
          <w:sz w:val="28"/>
          <w:lang w:val="ru-RU"/>
        </w:rPr>
      </w:pPr>
    </w:p>
    <w:p w14:paraId="629CA659" w14:textId="77777777" w:rsidR="00122132" w:rsidRDefault="00122132" w:rsidP="001F437A">
      <w:pPr>
        <w:rPr>
          <w:b/>
          <w:color w:val="1F4E78"/>
          <w:sz w:val="28"/>
          <w:lang w:val="ru-RU"/>
        </w:rPr>
      </w:pPr>
    </w:p>
    <w:p w14:paraId="78A79B2E" w14:textId="05B096FA" w:rsidR="001F437A" w:rsidRDefault="00AB1BBE" w:rsidP="001F437A">
      <w:pPr>
        <w:rPr>
          <w:lang w:val="ru-RU"/>
        </w:rPr>
      </w:pPr>
      <w:r>
        <w:rPr>
          <w:b/>
          <w:color w:val="1F4E78"/>
          <w:sz w:val="28"/>
          <w:lang w:val="ru-RU"/>
        </w:rPr>
        <w:t>ХОЛОДНЫЕ ЗАКУСКИ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1F437A" w14:paraId="14AF6B35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A6CB1" w14:textId="77777777" w:rsidR="001F437A" w:rsidRPr="005E187D" w:rsidRDefault="001F437A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8A9D9" w14:textId="77777777" w:rsidR="001F437A" w:rsidRPr="00AF7D4F" w:rsidRDefault="001F437A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8EB15" w14:textId="77777777" w:rsidR="001F437A" w:rsidRPr="00AF7D4F" w:rsidRDefault="001F437A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1F437A" w14:paraId="479E0B99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28B09D5B" w14:textId="77777777" w:rsidR="001F437A" w:rsidRPr="00AF7D4F" w:rsidRDefault="001F437A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1A918261" w14:textId="77777777" w:rsidR="001F437A" w:rsidRPr="00AF7D4F" w:rsidRDefault="001F437A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5B43804E" w14:textId="77777777" w:rsidR="001F437A" w:rsidRPr="00AF7D4F" w:rsidRDefault="001F437A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1F437A" w:rsidRPr="00134E77" w14:paraId="5A77995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FCF91" w14:textId="135231FF" w:rsidR="001F437A" w:rsidRPr="00C150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ABE85" w14:textId="77777777" w:rsidR="0052128A" w:rsidRPr="0052128A" w:rsidRDefault="0052128A" w:rsidP="005212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b/>
                <w:bCs/>
                <w:color w:val="203040"/>
                <w:sz w:val="24"/>
                <w:szCs w:val="24"/>
                <w:lang w:val="ru-RU"/>
              </w:rPr>
              <w:t>Помидор свежий</w:t>
            </w:r>
          </w:p>
          <w:p w14:paraId="68EBEAED" w14:textId="77777777" w:rsidR="0052128A" w:rsidRPr="0052128A" w:rsidRDefault="0052128A" w:rsidP="0052128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Помидоры свежие</w:t>
            </w:r>
          </w:p>
          <w:p w14:paraId="4082B473" w14:textId="285769F9" w:rsidR="001F437A" w:rsidRPr="00C55E52" w:rsidRDefault="0052128A" w:rsidP="0052128A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- 0.83, Жиры - 0.15, Углеводы - 2.93, Калорийность - 18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16409" w14:textId="0E852975" w:rsidR="001F437A" w:rsidRPr="00C150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52128A" w:rsidRPr="00134E77" w14:paraId="2AAC201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E9150" w14:textId="5335472B" w:rsidR="0052128A" w:rsidRPr="00C150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3B366" w14:textId="77777777" w:rsidR="0052128A" w:rsidRPr="0052128A" w:rsidRDefault="0052128A" w:rsidP="005212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b/>
                <w:bCs/>
                <w:color w:val="203040"/>
                <w:sz w:val="24"/>
                <w:szCs w:val="24"/>
                <w:lang w:val="ru-RU"/>
              </w:rPr>
              <w:t>Огурец свежий</w:t>
            </w:r>
          </w:p>
          <w:p w14:paraId="46862BB1" w14:textId="77777777" w:rsidR="0052128A" w:rsidRPr="0052128A" w:rsidRDefault="0052128A" w:rsidP="0052128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Огурцы свежие</w:t>
            </w:r>
          </w:p>
          <w:p w14:paraId="3A998ADF" w14:textId="538E700D" w:rsidR="0052128A" w:rsidRPr="0052128A" w:rsidRDefault="0052128A" w:rsidP="005212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- 0.52, Жиры - 0.07, Углеводы - 1.5, Калорийность - 8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15A90" w14:textId="0A9A6E82" w:rsidR="0052128A" w:rsidRPr="00C150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75 г</w:t>
            </w:r>
          </w:p>
        </w:tc>
      </w:tr>
      <w:tr w:rsidR="00DF1963" w:rsidRPr="00134E77" w14:paraId="663041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06EAA" w14:textId="35E99C6F" w:rsidR="00DF1963" w:rsidRDefault="00CB2EB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71EFF" w14:textId="77777777" w:rsidR="00DF1963" w:rsidRDefault="001A5DED" w:rsidP="005212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Огурец соленый</w:t>
            </w:r>
          </w:p>
          <w:p w14:paraId="1D103E35" w14:textId="59AE75D6" w:rsidR="00CB2EB9" w:rsidRPr="0052128A" w:rsidRDefault="00CB2EB9" w:rsidP="00CB2EB9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Огурцы </w:t>
            </w:r>
            <w:r>
              <w:rPr>
                <w:color w:val="203040"/>
                <w:sz w:val="14"/>
                <w:szCs w:val="14"/>
                <w:lang w:val="ru-RU"/>
              </w:rPr>
              <w:t>соленые</w:t>
            </w:r>
          </w:p>
          <w:p w14:paraId="05C26B78" w14:textId="73E0DF69" w:rsidR="00CB2EB9" w:rsidRPr="00CB2EB9" w:rsidRDefault="00CB2EB9" w:rsidP="00CB2EB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0,3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, Жиры - 0.0</w:t>
            </w:r>
            <w:r>
              <w:rPr>
                <w:color w:val="203040"/>
                <w:sz w:val="14"/>
                <w:szCs w:val="14"/>
                <w:lang w:val="ru-RU"/>
              </w:rPr>
              <w:t>0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>
              <w:rPr>
                <w:color w:val="203040"/>
                <w:sz w:val="14"/>
                <w:szCs w:val="14"/>
                <w:lang w:val="ru-RU"/>
              </w:rPr>
              <w:t>–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>
              <w:rPr>
                <w:color w:val="203040"/>
                <w:sz w:val="14"/>
                <w:szCs w:val="14"/>
                <w:lang w:val="ru-RU"/>
              </w:rPr>
              <w:t>0.7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>
              <w:rPr>
                <w:color w:val="203040"/>
                <w:sz w:val="14"/>
                <w:szCs w:val="14"/>
                <w:lang w:val="ru-RU"/>
              </w:rPr>
              <w:t>67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189CD" w14:textId="3C340503" w:rsidR="00DF1963" w:rsidRDefault="00CB2EB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1F437A" w:rsidRPr="00134E77" w14:paraId="0650E56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18F91" w14:textId="5526F6C7" w:rsidR="001F437A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DCAEC" w14:textId="77777777" w:rsidR="00480CF1" w:rsidRPr="002E083B" w:rsidRDefault="00480CF1" w:rsidP="00480CF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E083B">
              <w:rPr>
                <w:b/>
                <w:bCs/>
                <w:color w:val="203040"/>
                <w:sz w:val="24"/>
                <w:szCs w:val="24"/>
                <w:lang w:val="ru-RU"/>
              </w:rPr>
              <w:t>Овощные стаканчики витаминизированные</w:t>
            </w:r>
          </w:p>
          <w:p w14:paraId="710E92AD" w14:textId="77777777" w:rsidR="00480CF1" w:rsidRPr="0052128A" w:rsidRDefault="00480CF1" w:rsidP="00480CF1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Морковь очищенная, Огурцы свежие, Помидоры свежие, Перец сладкий свежий, Сельдерей (корень), Петрушка свеж.</w:t>
            </w:r>
          </w:p>
          <w:p w14:paraId="760AEFA0" w14:textId="340B9A80" w:rsidR="001F437A" w:rsidRPr="00566C21" w:rsidRDefault="00480CF1" w:rsidP="00480CF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- 1.5, Жиры - 0.3, Углеводы - 24.1, Калорийность - 102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7CAEF" w14:textId="066C4BF4" w:rsidR="001F437A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F437A" w:rsidRPr="00134E77" w14:paraId="41E2F3C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D6B32" w14:textId="14F6A106" w:rsidR="001F437A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5334E" w14:textId="77777777" w:rsidR="00F40C79" w:rsidRPr="00F40C79" w:rsidRDefault="00F40C79" w:rsidP="00F40C7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40C79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витаминный (2-ой вариант)</w:t>
            </w:r>
          </w:p>
          <w:p w14:paraId="27EE06D6" w14:textId="69632554" w:rsidR="00F40C79" w:rsidRPr="0052128A" w:rsidRDefault="00F40C79" w:rsidP="00F40C79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Капуста Б/К, Морковь очищенная, Лук репчатый св., Перец сладкий свежий, Горошек зеленый, Лимон свежий, Масло подсолнечное, Сахарный песок, Соль</w:t>
            </w:r>
          </w:p>
          <w:p w14:paraId="2D9F3622" w14:textId="1B9BFC8E" w:rsidR="001F437A" w:rsidRPr="00566C21" w:rsidRDefault="00F40C79" w:rsidP="00F40C7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- 1.5, Жиры - 15.1, Углеводы - 8.5, Калорийность - 176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C937D" w14:textId="4CA09E51" w:rsidR="001F437A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F40C79" w:rsidRPr="00134E77" w14:paraId="7B38EC9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B4078" w14:textId="1C48DD36" w:rsidR="00F40C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449F0" w14:textId="77777777" w:rsidR="00F40C79" w:rsidRPr="00F40C79" w:rsidRDefault="00F40C79" w:rsidP="00F40C7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40C79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"Цезарь"</w:t>
            </w:r>
          </w:p>
          <w:p w14:paraId="5605494A" w14:textId="36F176AC" w:rsidR="00F40C79" w:rsidRPr="0052128A" w:rsidRDefault="00F40C79" w:rsidP="00F40C79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Капуста китайская, Помидоры свежие, Батон нарезной из муки в/с обогащенный, </w:t>
            </w:r>
            <w:r w:rsidR="0022150A" w:rsidRPr="0022150A">
              <w:rPr>
                <w:color w:val="203040"/>
                <w:sz w:val="14"/>
                <w:szCs w:val="14"/>
                <w:lang w:val="ru-RU"/>
              </w:rPr>
              <w:t>Соус на подсолнечном масле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, Сыр, Лимон свежий, Филе грудки кур, Масло подсолнечное, Соль </w:t>
            </w:r>
          </w:p>
          <w:p w14:paraId="72850086" w14:textId="5803900D" w:rsidR="00F40C79" w:rsidRPr="00AF4F7A" w:rsidRDefault="00F40C79" w:rsidP="00F40C7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- 14, Жиры - 24.2, Углеводы - 12.43, Калорийность – 324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21913" w14:textId="32BB4B59" w:rsidR="00F40C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F40C79" w:rsidRPr="00134E77" w14:paraId="677D767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9D624" w14:textId="67F2BC17" w:rsidR="00F40C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BDDC3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из квашеной капусты</w:t>
            </w:r>
          </w:p>
          <w:p w14:paraId="0E374CEC" w14:textId="77777777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Капуста квашеная, Лук репчатый св., Сахарный песок, Масло подсолнечное</w:t>
            </w:r>
          </w:p>
          <w:p w14:paraId="2CF90935" w14:textId="04636E10" w:rsidR="00F40C79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- 1.6, Жиры - 5.1, Углеводы - 7.7, Калорийность - 83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2FFD5" w14:textId="74F0E212" w:rsidR="00F40C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F40C79" w:rsidRPr="00134E77" w14:paraId="6104C48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62571" w14:textId="54FF22F3" w:rsidR="00F40C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E6544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из белокочанной капусты</w:t>
            </w:r>
          </w:p>
          <w:p w14:paraId="660F8B23" w14:textId="77777777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Капуста Б/К, Морковь очищенная, Кислота лимонная, Сахарный песок, Масло подсолнечное</w:t>
            </w:r>
          </w:p>
          <w:p w14:paraId="5F475011" w14:textId="7899F2E4" w:rsidR="00F40C79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- 1.5, Жиры - 5.1, Углеводы - 9.3, Калорийность - 90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78B38" w14:textId="581DBE34" w:rsidR="00F40C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F40C79" w:rsidRPr="00134E77" w14:paraId="6C431D3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43913" w14:textId="3EB05A87" w:rsidR="00F40C79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BE11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Винегрет овощной с маслом растительным</w:t>
            </w:r>
          </w:p>
          <w:p w14:paraId="0B147502" w14:textId="20741E1A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Картофель очищенный, Свекла очищенная, Морковь очищенная, Огурцы соленые, Капуста квашеная, Соль, Лук репчатый св., Масло подсолнечное, Петрушка свеж.</w:t>
            </w:r>
          </w:p>
          <w:p w14:paraId="4A3E5310" w14:textId="654B5494" w:rsidR="00F40C79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- 1.4, Жиры - 10.1, Углеводы - 6.6, Калорийность - 123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55963" w14:textId="0816BFDD" w:rsidR="00F40C79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500949F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766AF" w14:textId="14F6FD02" w:rsidR="003C3BC2" w:rsidRDefault="0033726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</w:t>
            </w:r>
            <w:r w:rsidR="00EF0DC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B8E81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"Полонынский"</w:t>
            </w:r>
          </w:p>
          <w:p w14:paraId="2C46B0B3" w14:textId="77777777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Помидоры свежие, Огурцы свежие, Перец сладкий свежий, Лук зеленый, Капуста Б/К, Кислота лимонная, Сахарный песок, Масло подсолнечное</w:t>
            </w:r>
          </w:p>
          <w:p w14:paraId="566B0EFB" w14:textId="25FEB222" w:rsidR="003C3BC2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- 1.65, Жиры - 15.15, Углеводы - 5.55, Калорийность - 165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A90FE" w14:textId="63970C5E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3590C59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8A0CB" w14:textId="4E193C98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D5BB8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из пекинской капусты с огурцом</w:t>
            </w:r>
          </w:p>
          <w:p w14:paraId="52649EC0" w14:textId="41100463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Капуста Пекинская, Огурцы свежие, Петрушка свеж., Соль, Масло подсолнечное</w:t>
            </w:r>
          </w:p>
          <w:p w14:paraId="3BED4777" w14:textId="1E850E74" w:rsidR="003C3BC2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- 0.9, Жиры - 16, Углеводы - 2.9, Калорийность - 159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B7128" w14:textId="0C2D87A3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0A2AA79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415CD" w14:textId="0EDEDF2E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B3498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Винегрет овощной с сельдью</w:t>
            </w:r>
          </w:p>
          <w:p w14:paraId="573D776B" w14:textId="77777777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Картофель очищенный, Свекла очищенная, Морковь очищенная, Огурцы соленые, Капуста квашеная, Лук репчатый св., Масло подсолнечное, Сельдь филе с/с</w:t>
            </w:r>
          </w:p>
          <w:p w14:paraId="7925419F" w14:textId="30102EC4" w:rsidR="003C3BC2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- 5.3, Жиры - 9.7, Углеводы - 5, Калорийность - 130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35D2F" w14:textId="6BCB3522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0E9EC5B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D468C" w14:textId="513FE07B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EF7A5" w14:textId="77777777" w:rsidR="003C3BC2" w:rsidRPr="003C3BC2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Сельдь с гарниром</w:t>
            </w:r>
          </w:p>
          <w:p w14:paraId="134F5F91" w14:textId="77777777" w:rsidR="003C3BC2" w:rsidRPr="0052128A" w:rsidRDefault="003C3BC2" w:rsidP="003C3BC2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Сельдь филе с/с, Свекла очищенная, Морковь очищенная, Картофель очищенный, Лук репчатый св., Масло подсолнечное</w:t>
            </w:r>
          </w:p>
          <w:p w14:paraId="78381CC8" w14:textId="16828AA3" w:rsidR="003C3BC2" w:rsidRPr="00AF4F7A" w:rsidRDefault="003C3BC2" w:rsidP="003C3BC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- 7.8, Жиры - 18.66, Углеводы - 8.3, Калорийность - 233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52024" w14:textId="6DC24DDD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23810D7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4DA7E" w14:textId="055C3C07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70954" w14:textId="77777777" w:rsidR="00267BC0" w:rsidRPr="00267BC0" w:rsidRDefault="00267BC0" w:rsidP="00267BC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67BC0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"Весна"</w:t>
            </w:r>
          </w:p>
          <w:p w14:paraId="421D9E94" w14:textId="25AC06CB" w:rsidR="00267BC0" w:rsidRPr="0052128A" w:rsidRDefault="00267BC0" w:rsidP="00267BC0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Капуста Пекинская, Редис, Огурцы свежие, Лук зеленый, Яйцо столовое, </w:t>
            </w:r>
            <w:r w:rsidR="0022150A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22150A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, Соль</w:t>
            </w:r>
          </w:p>
          <w:p w14:paraId="470F171F" w14:textId="44249AAD" w:rsidR="003C3BC2" w:rsidRPr="00AF4F7A" w:rsidRDefault="00267BC0" w:rsidP="00267BC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- 3.8, Жиры - 16, Углеводы - 3.1, Калорийность - 171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6EA23" w14:textId="52320282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6F36E50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D81E4" w14:textId="5CE64FC7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197D9" w14:textId="77777777" w:rsidR="00267BC0" w:rsidRPr="00267BC0" w:rsidRDefault="00267BC0" w:rsidP="00267BC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67BC0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"Несвижский"</w:t>
            </w:r>
          </w:p>
          <w:p w14:paraId="506B43DC" w14:textId="07EBF32D" w:rsidR="00267BC0" w:rsidRPr="0052128A" w:rsidRDefault="00267BC0" w:rsidP="00267BC0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Сельдь филе с/с, Свекла очищенная, Морковь очищенная, Картофель очищенный, Лук зеленый, </w:t>
            </w:r>
            <w:r w:rsidR="0022150A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22150A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</w:p>
          <w:p w14:paraId="3A9CD980" w14:textId="60DA1FF6" w:rsidR="003C3BC2" w:rsidRPr="00AF4F7A" w:rsidRDefault="00267BC0" w:rsidP="00267BC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- 7.95, Жиры - 14.85, Углеводы - 7.5, Калорийность - 195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0DCE4" w14:textId="61517682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3C3BC2" w:rsidRPr="00134E77" w14:paraId="3B6FA7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81DF7" w14:textId="1D094E38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20BC7" w14:textId="77777777" w:rsidR="00FF22AC" w:rsidRPr="00FF22AC" w:rsidRDefault="00FF22AC" w:rsidP="00FF22A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F22AC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"Школьные годы"</w:t>
            </w:r>
          </w:p>
          <w:p w14:paraId="060AAAFC" w14:textId="77777777" w:rsidR="00FF22AC" w:rsidRPr="0052128A" w:rsidRDefault="00FF22AC" w:rsidP="00FF22AC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Огурцы свежие, Капуста Б/К, Помидоры свежие, Масло подсолнечное</w:t>
            </w:r>
          </w:p>
          <w:p w14:paraId="2EC27C73" w14:textId="71E304DD" w:rsidR="003C3BC2" w:rsidRPr="00AF4F7A" w:rsidRDefault="00FF22AC" w:rsidP="00FF22A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- 1.1, Жиры - 10.1, Углеводы - 3.7, Калорийность - 115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D1AF2" w14:textId="34C25581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38F729C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CC7BC" w14:textId="6DD6C952" w:rsidR="003C3BC2" w:rsidRDefault="0033726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</w:t>
            </w:r>
            <w:r w:rsidR="00EF0DC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90BD2" w14:textId="54C36638" w:rsidR="00A419F5" w:rsidRPr="00A419F5" w:rsidRDefault="00A419F5" w:rsidP="00A419F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419F5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из свеклы с сыром,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A419F5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с маслом 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подсолнечным</w:t>
            </w:r>
          </w:p>
          <w:p w14:paraId="0FC725F9" w14:textId="41AF450C" w:rsidR="00A419F5" w:rsidRPr="0052128A" w:rsidRDefault="00A419F5" w:rsidP="00A419F5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Свекла очищенная, Сыр, Масло подсолнечное, Соль, Петрушка свеж.</w:t>
            </w:r>
          </w:p>
          <w:p w14:paraId="5F075182" w14:textId="673555C6" w:rsidR="003C3BC2" w:rsidRPr="00AF4F7A" w:rsidRDefault="00A419F5" w:rsidP="00A419F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- 4.7, Жиры - 19.5, Углеводы - 7, Калорийность - 224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EDCBE" w14:textId="1E570A29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C3BC2" w:rsidRPr="00134E77" w14:paraId="580D256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BBA4B" w14:textId="77FF9D86" w:rsidR="003C3BC2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</w:t>
            </w:r>
            <w:r w:rsidR="0033726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</w:t>
            </w: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8647E" w14:textId="77777777" w:rsidR="00A419F5" w:rsidRPr="00A419F5" w:rsidRDefault="00A419F5" w:rsidP="00A419F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419F5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мясной по-домашнему</w:t>
            </w:r>
          </w:p>
          <w:p w14:paraId="2AA41BFA" w14:textId="6CA3518B" w:rsidR="00A419F5" w:rsidRPr="0052128A" w:rsidRDefault="00A419F5" w:rsidP="00A419F5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Говядина, Картофель очищенный, </w:t>
            </w:r>
            <w:r w:rsidR="0022150A" w:rsidRPr="0022150A">
              <w:rPr>
                <w:color w:val="203040"/>
                <w:sz w:val="14"/>
                <w:szCs w:val="14"/>
                <w:lang w:val="ru-RU"/>
              </w:rPr>
              <w:t>Соус на подсолнечном масле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, Соль, Морковь очищенная, Горошек зеленый, Огурцы соленые, Яйцо столовое, Петрушка свеж.</w:t>
            </w:r>
          </w:p>
          <w:p w14:paraId="45F6D61E" w14:textId="536AB981" w:rsidR="003C3BC2" w:rsidRPr="00AF4F7A" w:rsidRDefault="00A419F5" w:rsidP="00A419F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- 16.27, Жиры - 30.03, Углеводы - 9.59, Калорийность - 361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114F1" w14:textId="5EA0DAD8" w:rsidR="003C3BC2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267BC0" w:rsidRPr="00134E77" w14:paraId="34A1392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F67EE" w14:textId="0F587DDF" w:rsidR="00267BC0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</w:t>
            </w:r>
            <w:r w:rsidR="0033726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</w:t>
            </w: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81F22" w14:textId="77777777" w:rsidR="003C3080" w:rsidRPr="003C3080" w:rsidRDefault="003C3080" w:rsidP="003C308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080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"Столичный"</w:t>
            </w:r>
          </w:p>
          <w:p w14:paraId="4B8F4EAA" w14:textId="5BEF74E7" w:rsidR="003C3080" w:rsidRPr="0052128A" w:rsidRDefault="003C3080" w:rsidP="003C3080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337262"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 куриное, Картофель очищенный, Огурцы соленые, Яйцо столовое, </w:t>
            </w:r>
            <w:r w:rsidR="0022150A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22150A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, Горошек зеленый, Соль, Петрушка свеж.</w:t>
            </w:r>
          </w:p>
          <w:p w14:paraId="0EC2CBCA" w14:textId="16E13A02" w:rsidR="00267BC0" w:rsidRPr="00AF4F7A" w:rsidRDefault="003C3080" w:rsidP="003C308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- 9.27, Жиры - 36.11, Углеводы - 6.01, Калорийность - 428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0ABF1" w14:textId="5BF88714" w:rsidR="00267BC0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267BC0" w:rsidRPr="00134E77" w14:paraId="49E02D8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A8FFF" w14:textId="27134AF8" w:rsidR="00267BC0" w:rsidRDefault="00EF0DC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6E4D2" w14:textId="77777777" w:rsidR="00840ED3" w:rsidRPr="00840ED3" w:rsidRDefault="00840ED3" w:rsidP="00840ED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40ED3">
              <w:rPr>
                <w:b/>
                <w:bCs/>
                <w:color w:val="203040"/>
                <w:sz w:val="24"/>
                <w:szCs w:val="24"/>
                <w:lang w:val="ru-RU"/>
              </w:rPr>
              <w:t>Салат-коктейль с ветчиной и сыром</w:t>
            </w:r>
          </w:p>
          <w:p w14:paraId="5C152F0B" w14:textId="61281904" w:rsidR="00840ED3" w:rsidRPr="0052128A" w:rsidRDefault="00840ED3" w:rsidP="00840ED3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Ветчина, Огурцы свежие, Кукуруза консервированная, Перец сладкий свежий, Сыр, </w:t>
            </w:r>
            <w:r w:rsidR="0022150A"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 w:rsidR="0022150A"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52128A">
              <w:rPr>
                <w:color w:val="203040"/>
                <w:sz w:val="14"/>
                <w:szCs w:val="14"/>
                <w:lang w:val="ru-RU"/>
              </w:rPr>
              <w:t>, Капуста Пекинская</w:t>
            </w:r>
          </w:p>
          <w:p w14:paraId="1E12E2A9" w14:textId="7512A180" w:rsidR="00267BC0" w:rsidRPr="00AF4F7A" w:rsidRDefault="00840ED3" w:rsidP="00840ED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- 7.18, Жиры - 25.52, Углеводы - 5.55, Калорийность - 281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E29A3" w14:textId="6862F8B5" w:rsidR="00267BC0" w:rsidRDefault="00EF0DC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337262" w:rsidRPr="00916038" w14:paraId="6842F83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24D22" w14:textId="466F30FE" w:rsidR="00337262" w:rsidRDefault="0016525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0FE01" w14:textId="3148FF2B" w:rsidR="00916038" w:rsidRPr="00916038" w:rsidRDefault="00916038" w:rsidP="0091603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916038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Редис с огурцами и яйцом </w:t>
            </w:r>
          </w:p>
          <w:p w14:paraId="671D58A2" w14:textId="5395B4E1" w:rsidR="00916038" w:rsidRPr="00916038" w:rsidRDefault="00916038" w:rsidP="00916038">
            <w:pPr>
              <w:rPr>
                <w:color w:val="203040"/>
                <w:sz w:val="14"/>
                <w:szCs w:val="14"/>
                <w:lang w:val="ru-RU"/>
              </w:rPr>
            </w:pPr>
            <w:r w:rsidRPr="00916038">
              <w:rPr>
                <w:color w:val="203040"/>
                <w:sz w:val="14"/>
                <w:szCs w:val="14"/>
                <w:lang w:val="ru-RU"/>
              </w:rPr>
              <w:t>Состав: Редис, Огурцы свежие, Яйцо столовое, Масло подсолнечное, Соль, Петрушка свеж.</w:t>
            </w:r>
          </w:p>
          <w:p w14:paraId="3965FDC6" w14:textId="6BDE3636" w:rsidR="00337262" w:rsidRDefault="00916038" w:rsidP="0091603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916038">
              <w:rPr>
                <w:color w:val="203040"/>
                <w:sz w:val="14"/>
                <w:szCs w:val="14"/>
                <w:lang w:val="ru-RU"/>
              </w:rPr>
              <w:t>Пищевая ценность: Белки - 2.25, Жиры - 9, Углеводы - 14.97, Калорийность - 341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56867" w14:textId="4231A310" w:rsidR="00337262" w:rsidRDefault="0016525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337262" w:rsidRPr="00916038" w14:paraId="4D067A2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0D636" w14:textId="149EA8B6" w:rsidR="00337262" w:rsidRDefault="004D10B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9CFE2" w14:textId="77777777" w:rsidR="0016525A" w:rsidRPr="0016525A" w:rsidRDefault="0016525A" w:rsidP="0016525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6525A">
              <w:rPr>
                <w:b/>
                <w:bCs/>
                <w:color w:val="203040"/>
                <w:sz w:val="24"/>
                <w:szCs w:val="24"/>
                <w:lang w:val="ru-RU"/>
              </w:rPr>
              <w:t>Салат рыбный</w:t>
            </w:r>
          </w:p>
          <w:p w14:paraId="09B908B1" w14:textId="16BCD00A" w:rsidR="0016525A" w:rsidRPr="0016525A" w:rsidRDefault="0016525A" w:rsidP="0016525A">
            <w:pPr>
              <w:rPr>
                <w:color w:val="203040"/>
                <w:sz w:val="14"/>
                <w:szCs w:val="14"/>
                <w:lang w:val="ru-RU"/>
              </w:rPr>
            </w:pPr>
            <w:r w:rsidRPr="0016525A">
              <w:rPr>
                <w:color w:val="203040"/>
                <w:sz w:val="14"/>
                <w:szCs w:val="14"/>
                <w:lang w:val="ru-RU"/>
              </w:rPr>
              <w:t xml:space="preserve">Состав: Горбуша, Картофель, Лук репчатый св., Соль, Горошек зеленый, Огурцы соленые, Соус 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на основе подсолнечного </w:t>
            </w:r>
            <w:r w:rsidRPr="0016525A">
              <w:rPr>
                <w:color w:val="203040"/>
                <w:sz w:val="14"/>
                <w:szCs w:val="14"/>
                <w:lang w:val="ru-RU"/>
              </w:rPr>
              <w:t>масла, Петрушка свеж.</w:t>
            </w:r>
          </w:p>
          <w:p w14:paraId="19D691B6" w14:textId="1A8F1DE2" w:rsidR="00337262" w:rsidRDefault="0016525A" w:rsidP="0016525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6525A">
              <w:rPr>
                <w:color w:val="203040"/>
                <w:sz w:val="14"/>
                <w:szCs w:val="14"/>
                <w:lang w:val="ru-RU"/>
              </w:rPr>
              <w:t>Пищевая ценность: Белки - 4, Жиры - 3.8, Углеводы - 8, Калорийность - 83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0C084" w14:textId="53D0A2E4" w:rsidR="00337262" w:rsidRDefault="004D10B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37262" w:rsidRPr="00916038" w14:paraId="24F43D6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8B064" w14:textId="2007314F" w:rsidR="00337262" w:rsidRDefault="00FF6C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1BF42" w14:textId="6C2C4CD7" w:rsidR="00FF6C19" w:rsidRPr="00FF6C19" w:rsidRDefault="00FF6C19" w:rsidP="00FF6C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F6C19">
              <w:rPr>
                <w:b/>
                <w:bCs/>
                <w:color w:val="203040"/>
                <w:sz w:val="24"/>
                <w:szCs w:val="24"/>
                <w:lang w:val="ru-RU"/>
              </w:rPr>
              <w:t>Яйцо под соусом салат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ным </w:t>
            </w:r>
            <w:r w:rsidRPr="00FF6C19">
              <w:rPr>
                <w:b/>
                <w:bCs/>
                <w:color w:val="203040"/>
                <w:sz w:val="24"/>
                <w:szCs w:val="24"/>
                <w:lang w:val="ru-RU"/>
              </w:rPr>
              <w:t>с гарн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иром</w:t>
            </w:r>
          </w:p>
          <w:p w14:paraId="5E4305D7" w14:textId="180E82CA" w:rsidR="00FF6C19" w:rsidRPr="00FF6C19" w:rsidRDefault="00FF6C19" w:rsidP="00FF6C19">
            <w:pPr>
              <w:rPr>
                <w:color w:val="203040"/>
                <w:sz w:val="14"/>
                <w:szCs w:val="14"/>
                <w:lang w:val="ru-RU"/>
              </w:rPr>
            </w:pPr>
            <w:r w:rsidRPr="00FF6C19">
              <w:rPr>
                <w:color w:val="203040"/>
                <w:sz w:val="14"/>
                <w:szCs w:val="14"/>
                <w:lang w:val="ru-RU"/>
              </w:rPr>
              <w:t xml:space="preserve">Состав: Яйцо столовое, Огурцы соленые, </w:t>
            </w:r>
            <w:r w:rsidR="00573321" w:rsidRPr="00FF6C19">
              <w:rPr>
                <w:color w:val="203040"/>
                <w:sz w:val="14"/>
                <w:szCs w:val="14"/>
                <w:lang w:val="ru-RU"/>
              </w:rPr>
              <w:t>Кукуруза консервированная</w:t>
            </w:r>
            <w:r w:rsidRPr="00FF6C19">
              <w:rPr>
                <w:color w:val="203040"/>
                <w:sz w:val="14"/>
                <w:szCs w:val="14"/>
                <w:lang w:val="ru-RU"/>
              </w:rPr>
              <w:t xml:space="preserve">, Горошек зеленый, Соус на основе 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подсолнечного </w:t>
            </w:r>
            <w:r w:rsidRPr="00FF6C19">
              <w:rPr>
                <w:color w:val="203040"/>
                <w:sz w:val="14"/>
                <w:szCs w:val="14"/>
                <w:lang w:val="ru-RU"/>
              </w:rPr>
              <w:t>масла, Петрушка свеж.</w:t>
            </w:r>
          </w:p>
          <w:p w14:paraId="72E3A2B9" w14:textId="4C43F228" w:rsidR="00337262" w:rsidRDefault="00FF6C19" w:rsidP="00FF6C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F6C19">
              <w:rPr>
                <w:color w:val="203040"/>
                <w:sz w:val="14"/>
                <w:szCs w:val="14"/>
                <w:lang w:val="ru-RU"/>
              </w:rPr>
              <w:t>Пищевая ценность: Белки - 9.19, Жиры - 34.32, Углеводы - 4.9, Калорийность - 383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68E77" w14:textId="7BF0CC28" w:rsidR="00337262" w:rsidRDefault="00FF6C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337262" w:rsidRPr="00916038" w14:paraId="4AB520C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56267" w14:textId="1207C755" w:rsidR="00337262" w:rsidRDefault="0057332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8B0FE" w14:textId="77777777" w:rsidR="00573321" w:rsidRPr="00573321" w:rsidRDefault="00573321" w:rsidP="0057332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73321">
              <w:rPr>
                <w:b/>
                <w:bCs/>
                <w:color w:val="203040"/>
                <w:sz w:val="24"/>
                <w:szCs w:val="24"/>
                <w:lang w:val="ru-RU"/>
              </w:rPr>
              <w:t>Рыба под маринадом</w:t>
            </w:r>
          </w:p>
          <w:p w14:paraId="6E9AFD07" w14:textId="60758E51" w:rsidR="00573321" w:rsidRPr="00573321" w:rsidRDefault="00573321" w:rsidP="00573321">
            <w:pPr>
              <w:rPr>
                <w:color w:val="203040"/>
                <w:sz w:val="14"/>
                <w:szCs w:val="14"/>
                <w:lang w:val="ru-RU"/>
              </w:rPr>
            </w:pPr>
            <w:r w:rsidRPr="00573321">
              <w:rPr>
                <w:color w:val="203040"/>
                <w:sz w:val="14"/>
                <w:szCs w:val="14"/>
                <w:lang w:val="ru-RU"/>
              </w:rPr>
              <w:t>Состав: Филе минтая, Морковь, Лук репчатый св., Томатная паста, Масло подсолнечное, Сахарный песок, Кислота лимонная, Лавровый лист, Соль</w:t>
            </w:r>
          </w:p>
          <w:p w14:paraId="22FCE129" w14:textId="4AE9E004" w:rsidR="00337262" w:rsidRDefault="00573321" w:rsidP="00573321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73321">
              <w:rPr>
                <w:color w:val="203040"/>
                <w:sz w:val="14"/>
                <w:szCs w:val="14"/>
                <w:lang w:val="ru-RU"/>
              </w:rPr>
              <w:t>Пищевая ценность: Белки - 10.7, Жиры - 7.83, Углеводы - 3.9, Калорийность - 101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6B045" w14:textId="5F97333D" w:rsidR="00337262" w:rsidRDefault="0057332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573321" w:rsidRPr="00916038" w14:paraId="085D67F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B353A" w14:textId="46D210B5" w:rsidR="00573321" w:rsidRDefault="00D53C6E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D59B9" w14:textId="5DBFB910" w:rsidR="00D53C6E" w:rsidRPr="00D53C6E" w:rsidRDefault="00D53C6E" w:rsidP="00D53C6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53C6E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Форель, припущенная с гарниром </w:t>
            </w:r>
          </w:p>
          <w:p w14:paraId="6757FF46" w14:textId="6ED894DC" w:rsidR="00D53C6E" w:rsidRPr="00D53C6E" w:rsidRDefault="00D53C6E" w:rsidP="00D53C6E">
            <w:pPr>
              <w:rPr>
                <w:color w:val="203040"/>
                <w:sz w:val="14"/>
                <w:szCs w:val="14"/>
                <w:lang w:val="ru-RU"/>
              </w:rPr>
            </w:pPr>
            <w:r w:rsidRPr="00D53C6E">
              <w:rPr>
                <w:color w:val="203040"/>
                <w:sz w:val="14"/>
                <w:szCs w:val="14"/>
                <w:lang w:val="ru-RU"/>
              </w:rPr>
              <w:t>Состав: Филе форели, Горошек зеленый, Картофель, Морковь, Масло подсолнечное, Яйцо столовое</w:t>
            </w:r>
          </w:p>
          <w:p w14:paraId="66A5F365" w14:textId="35E8FE04" w:rsidR="00573321" w:rsidRDefault="00D53C6E" w:rsidP="00D53C6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53C6E">
              <w:rPr>
                <w:color w:val="203040"/>
                <w:sz w:val="14"/>
                <w:szCs w:val="14"/>
                <w:lang w:val="ru-RU"/>
              </w:rPr>
              <w:t>Пищевая ценность: Белки - 10.07, Жиры - 15.79, Углеводы - 10.66, Калорийность - 227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75751" w14:textId="3AB99CE8" w:rsidR="00573321" w:rsidRDefault="00D53C6E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</w:tbl>
    <w:p w14:paraId="1C22A884" w14:textId="72A721ED" w:rsidR="001F437A" w:rsidRPr="00315AEE" w:rsidRDefault="001F437A">
      <w:pPr>
        <w:rPr>
          <w:color w:val="203040"/>
          <w:sz w:val="2"/>
          <w:szCs w:val="2"/>
          <w:lang w:val="ru-RU"/>
        </w:rPr>
      </w:pPr>
    </w:p>
    <w:p w14:paraId="44A20B63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D1A6926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53DB3A8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D8D657A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8904BB8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6F799F61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C219F1F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966C80B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0917D8D3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54B9CDD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01203DA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002015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A40A8B3" w14:textId="77777777" w:rsidR="00454477" w:rsidRDefault="00454477">
      <w:pPr>
        <w:rPr>
          <w:b/>
          <w:color w:val="1F4E78"/>
          <w:sz w:val="28"/>
          <w:lang w:val="ru-RU"/>
        </w:rPr>
      </w:pPr>
    </w:p>
    <w:p w14:paraId="10CD63D2" w14:textId="3FF0F701" w:rsidR="00AB1BBE" w:rsidRDefault="00AB1BBE">
      <w:pPr>
        <w:rPr>
          <w:color w:val="203040"/>
          <w:sz w:val="14"/>
          <w:szCs w:val="14"/>
          <w:lang w:val="ru-RU"/>
        </w:rPr>
      </w:pPr>
      <w:r>
        <w:rPr>
          <w:b/>
          <w:color w:val="1F4E78"/>
          <w:sz w:val="28"/>
          <w:lang w:val="ru-RU"/>
        </w:rPr>
        <w:t>ДЕСЕРТЫ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AB1BBE" w14:paraId="565B28E5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8034" w14:textId="77777777" w:rsidR="00AB1BBE" w:rsidRPr="005E187D" w:rsidRDefault="00AB1BBE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209DF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169F8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AB1BBE" w14:paraId="11255932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023CBA91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6ECDEE8A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6D45283B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AB1BBE" w:rsidRPr="00134E77" w14:paraId="23C844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ADE8F" w14:textId="1C33DC53" w:rsidR="00AB1BBE" w:rsidRDefault="00024F6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</w:t>
            </w:r>
            <w:r w:rsidR="00915B4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8F8B9" w14:textId="77777777" w:rsidR="00AB1BBE" w:rsidRPr="00AF4F7A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F4F7A">
              <w:rPr>
                <w:b/>
                <w:bCs/>
                <w:color w:val="203040"/>
                <w:sz w:val="24"/>
                <w:szCs w:val="24"/>
                <w:lang w:val="ru-RU"/>
              </w:rPr>
              <w:t>Желе фруктовое из вишни</w:t>
            </w:r>
          </w:p>
          <w:p w14:paraId="5F6ADD3F" w14:textId="77777777" w:rsidR="00AB1BBE" w:rsidRPr="0052128A" w:rsidRDefault="00AB1BBE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Вишня замороженная, Сахарный песок, Желатин пищевой, Кислота лимонная</w:t>
            </w:r>
          </w:p>
          <w:p w14:paraId="21B6A676" w14:textId="77777777" w:rsidR="00AB1BBE" w:rsidRPr="00566C21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- 4.05, Жиры - 0, Углеводы - 18.75, Калорийность - 92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CB7E8" w14:textId="0FFCA361" w:rsidR="00AB1BBE" w:rsidRDefault="00915B4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AB1BBE" w:rsidRPr="00134E77" w14:paraId="234B48D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BC100" w14:textId="4539D002" w:rsidR="00AB1BBE" w:rsidRDefault="00024F6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</w:t>
            </w:r>
            <w:r w:rsidR="00A722EF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7F1AB" w14:textId="77777777" w:rsidR="00AB1BBE" w:rsidRPr="0052128A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b/>
                <w:bCs/>
                <w:color w:val="203040"/>
                <w:sz w:val="24"/>
                <w:szCs w:val="24"/>
                <w:lang w:val="ru-RU"/>
              </w:rPr>
              <w:t>Желе из клюквы</w:t>
            </w:r>
          </w:p>
          <w:p w14:paraId="6C6F10B3" w14:textId="77777777" w:rsidR="00AB1BBE" w:rsidRPr="0052128A" w:rsidRDefault="00AB1BBE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Клюква замороженная, Сахарный песок, Желатин пищевой</w:t>
            </w:r>
          </w:p>
          <w:p w14:paraId="7BE08C39" w14:textId="77777777" w:rsidR="00AB1BBE" w:rsidRPr="00566C21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- 4.05, Жиры - 0, Углеводы - 18.15, Калорийность - 92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067CE" w14:textId="5CA11D55" w:rsidR="00AB1BBE" w:rsidRDefault="00915B4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915B4A" w:rsidRPr="00134E77" w14:paraId="50A1A3A8" w14:textId="77777777" w:rsidTr="00915B4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63574" w14:textId="1A931516" w:rsidR="00915B4A" w:rsidRDefault="00024F65" w:rsidP="00915B4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</w:t>
            </w:r>
            <w:r w:rsidR="00915B4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D5259" w14:textId="77777777" w:rsidR="00915B4A" w:rsidRPr="0052128A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b/>
                <w:bCs/>
                <w:color w:val="203040"/>
                <w:sz w:val="24"/>
                <w:szCs w:val="24"/>
                <w:lang w:val="ru-RU"/>
              </w:rPr>
              <w:t>Желе молочное</w:t>
            </w:r>
          </w:p>
          <w:p w14:paraId="103CE472" w14:textId="77777777" w:rsidR="00915B4A" w:rsidRPr="0052128A" w:rsidRDefault="00915B4A" w:rsidP="00915B4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Молоко, Сахарный песок, Ванилин, Желатин пищевой</w:t>
            </w:r>
          </w:p>
          <w:p w14:paraId="0B14A12A" w14:textId="77777777" w:rsidR="00915B4A" w:rsidRPr="00566C21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- 7.5, Жиры - 5.25, Углеводы - 26.55, Калорийность - 180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78121" w14:textId="601C6D3C" w:rsidR="00915B4A" w:rsidRDefault="00915B4A" w:rsidP="00915B4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915B4A" w:rsidRPr="00134E77" w14:paraId="5E54FA4A" w14:textId="77777777" w:rsidTr="00915B4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0479C" w14:textId="6E38139A" w:rsidR="00915B4A" w:rsidRDefault="00024F65" w:rsidP="00915B4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</w:t>
            </w:r>
            <w:r w:rsidR="00915B4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814DF" w14:textId="77777777" w:rsidR="00915B4A" w:rsidRPr="002E083B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E083B">
              <w:rPr>
                <w:b/>
                <w:bCs/>
                <w:color w:val="203040"/>
                <w:sz w:val="24"/>
                <w:szCs w:val="24"/>
                <w:lang w:val="ru-RU"/>
              </w:rPr>
              <w:t>Желе многослойное</w:t>
            </w:r>
          </w:p>
          <w:p w14:paraId="686589BF" w14:textId="77777777" w:rsidR="00915B4A" w:rsidRPr="002E083B" w:rsidRDefault="00915B4A" w:rsidP="00915B4A">
            <w:pPr>
              <w:rPr>
                <w:color w:val="203040"/>
                <w:sz w:val="14"/>
                <w:szCs w:val="14"/>
                <w:lang w:val="ru-RU"/>
              </w:rPr>
            </w:pPr>
            <w:r w:rsidRPr="002E083B">
              <w:rPr>
                <w:color w:val="203040"/>
                <w:sz w:val="14"/>
                <w:szCs w:val="14"/>
                <w:lang w:val="ru-RU"/>
              </w:rPr>
              <w:t>Состав: Молоко, Ванилин, Апельсины свежие, Кислота лимонная, Клюква замороженная, Сахарный песок, Желатин пищевой</w:t>
            </w:r>
          </w:p>
          <w:p w14:paraId="1A626351" w14:textId="77777777" w:rsidR="00915B4A" w:rsidRPr="00566C21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E083B">
              <w:rPr>
                <w:color w:val="203040"/>
                <w:sz w:val="14"/>
                <w:szCs w:val="14"/>
                <w:lang w:val="ru-RU"/>
              </w:rPr>
              <w:t>Пищевая ценность: Белки - 5.2, Жиры - 1.8, Углеводы - 21, Калорийность - 121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8E8BA" w14:textId="3D9783E5" w:rsidR="00915B4A" w:rsidRDefault="00915B4A" w:rsidP="00915B4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915B4A" w:rsidRPr="00134E77" w14:paraId="34BD8CF9" w14:textId="77777777" w:rsidTr="00915B4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2D719" w14:textId="41E4E674" w:rsidR="00915B4A" w:rsidRDefault="00915B4A" w:rsidP="00915B4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2E1B4" w14:textId="77777777" w:rsidR="00915B4A" w:rsidRPr="003C3BC2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Десерт из груш</w:t>
            </w:r>
          </w:p>
          <w:p w14:paraId="73298789" w14:textId="77777777" w:rsidR="00915B4A" w:rsidRPr="0052128A" w:rsidRDefault="00915B4A" w:rsidP="00915B4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Груши, Мандарины свежие, Бананы св., Сахарный песок, Корица</w:t>
            </w:r>
          </w:p>
          <w:p w14:paraId="1B41881C" w14:textId="77777777" w:rsidR="00915B4A" w:rsidRPr="002E083B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- 1.62, Жиры - 0.6, Углеводы - 98.13, Калорийность - 408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F5F08" w14:textId="0EB45505" w:rsidR="00915B4A" w:rsidRDefault="00915B4A" w:rsidP="00915B4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</w:t>
            </w: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 г</w:t>
            </w:r>
          </w:p>
        </w:tc>
      </w:tr>
      <w:tr w:rsidR="00915B4A" w:rsidRPr="00134E77" w14:paraId="6F5C7C2E" w14:textId="77777777" w:rsidTr="00915B4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608D7" w14:textId="2B23385F" w:rsidR="00915B4A" w:rsidRDefault="00915B4A" w:rsidP="00915B4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E1EE2" w14:textId="77777777" w:rsidR="00915B4A" w:rsidRPr="003C3BC2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Бананы и яблоки в карамели</w:t>
            </w:r>
          </w:p>
          <w:p w14:paraId="6A93AAD3" w14:textId="77777777" w:rsidR="00915B4A" w:rsidRPr="0052128A" w:rsidRDefault="00915B4A" w:rsidP="00915B4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Яблоки свежие, Бананы св., Мука пшеничная, Крахмал картофельный, Яйцо столовое, Масло подсолнечное, Сахарный песок, Лимонная кислота, Кунжут</w:t>
            </w:r>
          </w:p>
          <w:p w14:paraId="3E0D61FB" w14:textId="77777777" w:rsidR="00915B4A" w:rsidRPr="002E083B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- 16, Жиры - 178.2, Углеводы - 440.25, Калорийность - 635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4A14B" w14:textId="088F8579" w:rsidR="00915B4A" w:rsidRDefault="00915B4A" w:rsidP="00915B4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</w:t>
            </w: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 г</w:t>
            </w:r>
          </w:p>
        </w:tc>
      </w:tr>
      <w:tr w:rsidR="00915B4A" w:rsidRPr="00134E77" w14:paraId="6362C47D" w14:textId="77777777" w:rsidTr="00915B4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4EAEB" w14:textId="33B557B7" w:rsidR="00915B4A" w:rsidRDefault="00915B4A" w:rsidP="00915B4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51D1A" w14:textId="77777777" w:rsidR="00915B4A" w:rsidRPr="003C3BC2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C3BC2">
              <w:rPr>
                <w:b/>
                <w:bCs/>
                <w:color w:val="203040"/>
                <w:sz w:val="24"/>
                <w:szCs w:val="24"/>
                <w:lang w:val="ru-RU"/>
              </w:rPr>
              <w:t>Бананы в сиропе с тертым шоколадом</w:t>
            </w:r>
          </w:p>
          <w:p w14:paraId="50BA3F38" w14:textId="77777777" w:rsidR="00915B4A" w:rsidRPr="0052128A" w:rsidRDefault="00915B4A" w:rsidP="00915B4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Бананы св., Сахарный песок, Ванилин, Какао порошок </w:t>
            </w:r>
          </w:p>
          <w:p w14:paraId="141819D8" w14:textId="77777777" w:rsidR="00915B4A" w:rsidRPr="002E083B" w:rsidRDefault="00915B4A" w:rsidP="00915B4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- 2.61, Жиры - 4.78, Углеводы - 41.22, Калорийность - 224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4266B" w14:textId="1C04149C" w:rsidR="00915B4A" w:rsidRDefault="00915B4A" w:rsidP="00915B4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</w:t>
            </w:r>
            <w:r w:rsidRPr="006A78DE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 г</w:t>
            </w:r>
          </w:p>
        </w:tc>
      </w:tr>
      <w:tr w:rsidR="00AB1BBE" w:rsidRPr="00134E77" w14:paraId="1C6495B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8E5B8" w14:textId="31FA5FA9" w:rsidR="00AB1BBE" w:rsidRDefault="00024F6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</w:t>
            </w:r>
            <w:r w:rsidR="00915B4A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1BCC7" w14:textId="77777777" w:rsidR="00AB1BBE" w:rsidRPr="00F31E57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Салат фруктовый с сиропом из сока 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br/>
            </w: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плодово-ягодного</w:t>
            </w:r>
          </w:p>
          <w:p w14:paraId="6423FE93" w14:textId="77777777" w:rsidR="00AB1BBE" w:rsidRPr="0052128A" w:rsidRDefault="00AB1BBE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Мандарины свежие, Груши, Яблоки свежие, Бананы св., Сахарный песок, Сок</w:t>
            </w:r>
          </w:p>
          <w:p w14:paraId="53EA36E7" w14:textId="77777777" w:rsidR="00AB1BBE" w:rsidRPr="002E083B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- 1.46, Жиры - 0.6, Углеводы - 20.7, Калорийность - 94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90C2A" w14:textId="54791274" w:rsidR="00AB1BBE" w:rsidRDefault="00915B4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130 г</w:t>
            </w:r>
          </w:p>
        </w:tc>
      </w:tr>
      <w:tr w:rsidR="00AB1BBE" w:rsidRPr="00134E77" w14:paraId="4FCF5E2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EA30" w14:textId="4C5C3BC3" w:rsidR="00AB1BBE" w:rsidRDefault="00915B4A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81E70" w14:textId="77777777" w:rsidR="00AB1BBE" w:rsidRPr="009B00ED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9B00ED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Яблоки,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9B00ED">
              <w:rPr>
                <w:b/>
                <w:bCs/>
                <w:color w:val="203040"/>
                <w:sz w:val="24"/>
                <w:szCs w:val="24"/>
                <w:lang w:val="ru-RU"/>
              </w:rPr>
              <w:t>запеченные с творогом</w:t>
            </w:r>
          </w:p>
          <w:p w14:paraId="079470DA" w14:textId="77777777" w:rsidR="00AB1BBE" w:rsidRPr="0052128A" w:rsidRDefault="00AB1BBE" w:rsidP="00004F1A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Яблоки свежие, Творог, Яйцо столовое, Сахарный песок, Сахарная пудра</w:t>
            </w:r>
          </w:p>
          <w:p w14:paraId="64BA1D94" w14:textId="77777777" w:rsidR="00AB1BBE" w:rsidRPr="002E083B" w:rsidRDefault="00AB1BBE" w:rsidP="00004F1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- 8.5, Жиры - 5.3, Углеводы - 68.4, Калорийность - 356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DB46B" w14:textId="0FAE3A87" w:rsidR="00AB1BBE" w:rsidRDefault="00915B4A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</w:tbl>
    <w:p w14:paraId="27C0F15B" w14:textId="77777777" w:rsidR="002D5408" w:rsidRPr="00315AEE" w:rsidRDefault="002D5408" w:rsidP="00AB1BBE">
      <w:pPr>
        <w:rPr>
          <w:b/>
          <w:color w:val="1F4E78"/>
          <w:sz w:val="2"/>
          <w:szCs w:val="2"/>
          <w:lang w:val="ru-RU"/>
        </w:rPr>
      </w:pPr>
    </w:p>
    <w:p w14:paraId="14934D16" w14:textId="77777777" w:rsidR="00122132" w:rsidRDefault="00122132">
      <w:pPr>
        <w:rPr>
          <w:b/>
          <w:color w:val="1F4E78"/>
          <w:sz w:val="28"/>
          <w:lang w:val="ru-RU"/>
        </w:rPr>
      </w:pPr>
      <w:bookmarkStart w:id="1" w:name="_Hlk239105752"/>
    </w:p>
    <w:p w14:paraId="2E5C5652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6A706F6B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4974B57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C57CCF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59A252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2CD8526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F0C09E8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37BBC47E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A65C202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A4810E0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04402F19" w14:textId="3D948B82" w:rsidR="00AB1BBE" w:rsidRDefault="007122D7">
      <w:pPr>
        <w:rPr>
          <w:b/>
          <w:color w:val="1F4E78"/>
          <w:sz w:val="28"/>
          <w:lang w:val="ru-RU"/>
        </w:rPr>
      </w:pPr>
      <w:r>
        <w:rPr>
          <w:b/>
          <w:color w:val="1F4E78"/>
          <w:sz w:val="28"/>
          <w:lang w:val="ru-RU"/>
        </w:rPr>
        <w:t>ПЕРВЫЕ БЛЮДА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AB1BBE" w14:paraId="13D6D5C4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"/>
          <w:p w14:paraId="1886E562" w14:textId="77777777" w:rsidR="00AB1BBE" w:rsidRPr="005E187D" w:rsidRDefault="00AB1BBE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A8DC9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E1FCD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AB1BBE" w14:paraId="3C50B13A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33D36EF6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51549408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34BFC761" w14:textId="77777777" w:rsidR="00AB1BBE" w:rsidRPr="00AF7D4F" w:rsidRDefault="00AB1BBE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AB1BBE" w:rsidRPr="00134E77" w14:paraId="323C2A6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BC181" w14:textId="23613BB5" w:rsidR="00AB1BBE" w:rsidRPr="00C15079" w:rsidRDefault="00DC0BE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</w:t>
            </w:r>
            <w:r w:rsidR="00824210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22BF6" w14:textId="0CB69896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Борщ из свежей капусты с картофелем, говядиной и сметаной</w:t>
            </w:r>
          </w:p>
          <w:p w14:paraId="7F8D6723" w14:textId="3D179853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Свекла очищенная, Капуста Б/К, Картофель очищенный, Морковь очищенная, Лук репчатый св., Масло сливочное, Томатная паста, Сахарный песок, Кислота лимонная, Соль, Говядина, Сметана</w:t>
            </w:r>
          </w:p>
          <w:p w14:paraId="1722AE66" w14:textId="62EC8D1C" w:rsidR="00AB1BBE" w:rsidRPr="00C55E52" w:rsidRDefault="007122D7" w:rsidP="007122D7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- 5.6, Жиры - 6.7, Углеводы - 13.5, Калорийность - 129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9317C" w14:textId="0012BB3A" w:rsidR="00AB1BBE" w:rsidRPr="00C15079" w:rsidRDefault="0082421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270 г</w:t>
            </w:r>
          </w:p>
        </w:tc>
      </w:tr>
      <w:tr w:rsidR="00AB1BBE" w:rsidRPr="00134E77" w14:paraId="0038E54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31356" w14:textId="6499B189" w:rsidR="00AB1BBE" w:rsidRDefault="00DC0BE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</w:t>
            </w:r>
            <w:r w:rsidR="00824210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27C01" w14:textId="77777777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Суп-лапша домашняя с курой</w:t>
            </w:r>
          </w:p>
          <w:p w14:paraId="7103B564" w14:textId="77777777" w:rsidR="00761990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Состав: Мука пшеничная, Яйцо столовое, Соль, Морковь очищенная, Лук репчатый св., Масло подсолнечное, </w:t>
            </w:r>
            <w:r w:rsidR="00761990" w:rsidRPr="00761990">
              <w:rPr>
                <w:color w:val="203040"/>
                <w:sz w:val="14"/>
                <w:szCs w:val="14"/>
                <w:lang w:val="ru-RU"/>
              </w:rPr>
              <w:t xml:space="preserve">мясо тушки цыпленка-бройлера замороженного </w:t>
            </w:r>
          </w:p>
          <w:p w14:paraId="09C3A76E" w14:textId="6DB5C2EB" w:rsidR="00AB1BBE" w:rsidRPr="00566C21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- 6.3, Жиры - 8.4, Углеводы - 15.7, Калорийность - 258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ADE8F" w14:textId="10F499E6" w:rsidR="00AB1BBE" w:rsidRDefault="0082421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260 г</w:t>
            </w:r>
          </w:p>
        </w:tc>
      </w:tr>
      <w:tr w:rsidR="00AB1BBE" w:rsidRPr="00134E77" w14:paraId="1E86F64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F7ECD" w14:textId="0DCF2916" w:rsidR="00AB1BBE" w:rsidRDefault="0082421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C99BF" w14:textId="24E8A339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Суп картофельный с горохом,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говядиной и гренками</w:t>
            </w:r>
          </w:p>
          <w:p w14:paraId="1862DD73" w14:textId="42BF8384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Картофель очищенный, Горох, Лук репчатый св., Морковь очищенная, Масло сливочное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 Соль, Говядина, Батон нарезной из муки в/с обогащенный</w:t>
            </w:r>
          </w:p>
          <w:p w14:paraId="5342B5B7" w14:textId="27EE4696" w:rsidR="00AB1BBE" w:rsidRPr="00566C21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- 10.02, Жиры - 6.28, Углеводы - 26.5, Калорийность - 204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210B0" w14:textId="77531BEC" w:rsidR="00AB1BBE" w:rsidRDefault="00824210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270 г</w:t>
            </w:r>
          </w:p>
        </w:tc>
      </w:tr>
      <w:tr w:rsidR="00E250C1" w:rsidRPr="00134E77" w14:paraId="13073EB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1AC03" w14:textId="07344C76" w:rsidR="00E250C1" w:rsidRDefault="00824210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512E2" w14:textId="77777777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Суп картофельный с мясными фрикадельками</w:t>
            </w:r>
          </w:p>
          <w:p w14:paraId="7202156E" w14:textId="20255D95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Картофель, Морковь, Томатная паста, Масло сливочное, Говядина, Лук репчатый св., Яйцо столовое.</w:t>
            </w:r>
          </w:p>
          <w:p w14:paraId="5E70D1D8" w14:textId="3376C21A" w:rsidR="00E250C1" w:rsidRPr="00AB1BBE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- 8.24, Жиры - 6.28, Углеводы - 15.8, Калорийность - 154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F34BF" w14:textId="0AA671FC" w:rsidR="00E250C1" w:rsidRDefault="00824210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275 г</w:t>
            </w:r>
          </w:p>
        </w:tc>
      </w:tr>
      <w:tr w:rsidR="00E250C1" w:rsidRPr="00134E77" w14:paraId="78569BF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FF5F0" w14:textId="1A86E686" w:rsidR="00E250C1" w:rsidRDefault="00824210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173D7" w14:textId="77777777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Бульон овощной с яйцом и пирожком сдобным с рисом</w:t>
            </w:r>
          </w:p>
          <w:p w14:paraId="1705B701" w14:textId="1FFF0CF2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Состав: Капуста Б/К, Картофель, Лук репчатый св., Морковь, Сахарный песок, Дрожжи х/п пресс., Мука пшеничная, Масло подсолнечное, Крупа рисовая, Яйцо столовое, Масло сливочное, Соль </w:t>
            </w:r>
          </w:p>
          <w:p w14:paraId="6EDAC80F" w14:textId="7B16B30B" w:rsidR="00E250C1" w:rsidRPr="00AB1BBE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- 7.75, Жиры - 6.8, Углеводы - 19.45, Калорийность - 162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9D96A" w14:textId="335B68D8" w:rsidR="00E250C1" w:rsidRDefault="00824210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320 г</w:t>
            </w:r>
          </w:p>
        </w:tc>
      </w:tr>
      <w:tr w:rsidR="00E250C1" w:rsidRPr="00134E77" w14:paraId="10533DC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B02A4" w14:textId="71FF9655" w:rsidR="00E250C1" w:rsidRDefault="00824210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13EFA" w14:textId="15CB66B0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Суп картофельный с вермишелью и курой</w:t>
            </w:r>
          </w:p>
          <w:p w14:paraId="5B40D143" w14:textId="0F5FB58E" w:rsidR="00761990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Состав: Картофель, Макаронные изделия., Морковь, Лук репчатый св., Масло сливочное, Соль, </w:t>
            </w:r>
            <w:r w:rsidR="00761990" w:rsidRPr="00761990">
              <w:rPr>
                <w:color w:val="203040"/>
                <w:sz w:val="14"/>
                <w:szCs w:val="14"/>
                <w:lang w:val="ru-RU"/>
              </w:rPr>
              <w:t xml:space="preserve">мясо </w:t>
            </w:r>
            <w:r w:rsidR="00987D01">
              <w:rPr>
                <w:color w:val="203040"/>
                <w:sz w:val="14"/>
                <w:szCs w:val="14"/>
                <w:lang w:val="ru-RU"/>
              </w:rPr>
              <w:t>куры</w:t>
            </w:r>
            <w:r w:rsidR="00761990" w:rsidRPr="00761990">
              <w:rPr>
                <w:color w:val="203040"/>
                <w:sz w:val="14"/>
                <w:szCs w:val="14"/>
                <w:lang w:val="ru-RU"/>
              </w:rPr>
              <w:t xml:space="preserve"> </w:t>
            </w:r>
          </w:p>
          <w:p w14:paraId="14911D3B" w14:textId="5346B955" w:rsidR="00E250C1" w:rsidRPr="00AB1BBE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- 8.5, Жиры - 11.8, Углеводы - 37.4, Калорийность - 292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B1722" w14:textId="7C0CA6BF" w:rsidR="00E250C1" w:rsidRDefault="00824210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260 г</w:t>
            </w:r>
          </w:p>
        </w:tc>
      </w:tr>
      <w:tr w:rsidR="007122D7" w:rsidRPr="00134E77" w14:paraId="70499F4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15D78" w14:textId="31AF3436" w:rsidR="007122D7" w:rsidRDefault="00824210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</w:t>
            </w:r>
            <w:r w:rsidR="00B64D94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</w:t>
            </w: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991C7" w14:textId="4BD65E9F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Суп картофельный с фасолью и курой</w:t>
            </w:r>
          </w:p>
          <w:p w14:paraId="0AAA89FD" w14:textId="6F345D8E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Картофель, Морковь, Лук репчатый св</w:t>
            </w:r>
            <w:r w:rsidR="00987D01">
              <w:rPr>
                <w:color w:val="203040"/>
                <w:sz w:val="14"/>
                <w:szCs w:val="14"/>
                <w:lang w:val="ru-RU"/>
              </w:rPr>
              <w:t>.</w:t>
            </w: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, Масло сливочное, Фасоль, Соль, </w:t>
            </w:r>
            <w:r w:rsidR="00B452AD">
              <w:rPr>
                <w:color w:val="203040"/>
                <w:sz w:val="14"/>
                <w:szCs w:val="14"/>
                <w:lang w:val="ru-RU"/>
              </w:rPr>
              <w:t xml:space="preserve">мясо </w:t>
            </w:r>
            <w:r w:rsidR="00D1247D">
              <w:rPr>
                <w:color w:val="203040"/>
                <w:sz w:val="14"/>
                <w:szCs w:val="14"/>
                <w:lang w:val="ru-RU"/>
              </w:rPr>
              <w:t>куры</w:t>
            </w:r>
          </w:p>
          <w:p w14:paraId="0B1B8C74" w14:textId="23D4A739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- 9.58, Жиры - 6.54, Углеводы - 18.6, Калорийность - 173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7F909" w14:textId="4DED1084" w:rsidR="007122D7" w:rsidRPr="00B452AD" w:rsidRDefault="00824210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265 г</w:t>
            </w:r>
          </w:p>
        </w:tc>
      </w:tr>
      <w:tr w:rsidR="00D1247D" w:rsidRPr="00D1247D" w14:paraId="4B6A533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2B8FF" w14:textId="2D26D1D7" w:rsidR="00D1247D" w:rsidRDefault="00D1247D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7F059" w14:textId="77777777" w:rsidR="00D1247D" w:rsidRPr="00D1247D" w:rsidRDefault="00D1247D" w:rsidP="00D1247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247D">
              <w:rPr>
                <w:b/>
                <w:bCs/>
                <w:color w:val="203040"/>
                <w:sz w:val="24"/>
                <w:szCs w:val="24"/>
                <w:lang w:val="ru-RU"/>
              </w:rPr>
              <w:t>Суп картофельный с горохом и говядиной</w:t>
            </w:r>
          </w:p>
          <w:p w14:paraId="326C7F1E" w14:textId="78FB8758" w:rsidR="00D1247D" w:rsidRPr="00D1247D" w:rsidRDefault="00D1247D" w:rsidP="00D1247D">
            <w:pPr>
              <w:rPr>
                <w:color w:val="203040"/>
                <w:sz w:val="14"/>
                <w:szCs w:val="14"/>
                <w:lang w:val="ru-RU"/>
              </w:rPr>
            </w:pPr>
            <w:r w:rsidRPr="00D1247D">
              <w:rPr>
                <w:color w:val="203040"/>
                <w:sz w:val="14"/>
                <w:szCs w:val="14"/>
                <w:lang w:val="ru-RU"/>
              </w:rPr>
              <w:t>Состав: Картофель, Горох, Лук репчатый св., Морковь, Масло сливочное, Соль, Говядина</w:t>
            </w:r>
          </w:p>
          <w:p w14:paraId="0C500E65" w14:textId="07557440" w:rsidR="00D1247D" w:rsidRPr="007122D7" w:rsidRDefault="00D1247D" w:rsidP="00D1247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247D">
              <w:rPr>
                <w:color w:val="203040"/>
                <w:sz w:val="14"/>
                <w:szCs w:val="14"/>
                <w:lang w:val="ru-RU"/>
              </w:rPr>
              <w:t>Пищевая ценность: Белки - 6.1, Жиры - 6.2, Углеводы - 19.9, Калорийность - 210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4E0A0" w14:textId="6374196B" w:rsidR="00D1247D" w:rsidRDefault="00B64D94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260 г</w:t>
            </w:r>
          </w:p>
        </w:tc>
      </w:tr>
      <w:tr w:rsidR="007122D7" w:rsidRPr="00134E77" w14:paraId="12768C0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FDB1A" w14:textId="696D601C" w:rsidR="007122D7" w:rsidRPr="002501F7" w:rsidRDefault="002501F7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</w:rPr>
              <w:t>60</w:t>
            </w: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13EE" w14:textId="77777777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Щи со свининой и сметаной</w:t>
            </w:r>
          </w:p>
          <w:p w14:paraId="150E5679" w14:textId="3E4350B7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Петрушка (корень), Капуста Б/К, Морковь, Лук репчатый св., Томатная паста, Масло сливочное, Мука пшеничная, Свинина, Сметана</w:t>
            </w:r>
          </w:p>
          <w:p w14:paraId="053567C4" w14:textId="7B9690A7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- 5.15, Жиры - 7.25, Углеводы - 5.2, Калорийность - 106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A6C38" w14:textId="65438823" w:rsidR="007122D7" w:rsidRDefault="002501F7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265 г</w:t>
            </w:r>
          </w:p>
        </w:tc>
      </w:tr>
      <w:tr w:rsidR="007122D7" w:rsidRPr="00134E77" w14:paraId="05D4FC4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B2F60" w14:textId="27B98740" w:rsidR="007122D7" w:rsidRDefault="002501F7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E2105" w14:textId="4165F161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Уха Карельская со сливками</w:t>
            </w:r>
          </w:p>
          <w:p w14:paraId="36C597B5" w14:textId="3F59A859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Горбуша, Минтай, Лук репчатый св., Картофель, Соль, Масло сливочное, Масло подсолнечное, Мука пшеничная, Сливки, Петрушка свеж.</w:t>
            </w:r>
          </w:p>
          <w:p w14:paraId="63E547B2" w14:textId="1CAAAB22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- 6.9, Жиры - 10.2, Углеводы - 6.4, Калорийность - 145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C5EFD" w14:textId="51059C03" w:rsidR="007122D7" w:rsidRDefault="002501F7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230 г</w:t>
            </w:r>
          </w:p>
        </w:tc>
      </w:tr>
      <w:tr w:rsidR="007122D7" w:rsidRPr="00134E77" w14:paraId="10FBD10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E3CA1" w14:textId="0340CA54" w:rsidR="007122D7" w:rsidRDefault="00B64D94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65</w:t>
            </w:r>
            <w:r w:rsidR="002501F7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C600D" w14:textId="2372D0AF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Бульон куриный с отварной птицей с яйцом,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зеленью и гренками</w:t>
            </w:r>
          </w:p>
          <w:p w14:paraId="661D91A9" w14:textId="220438A3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761990" w:rsidRPr="00761990">
              <w:rPr>
                <w:color w:val="203040"/>
                <w:sz w:val="14"/>
                <w:szCs w:val="14"/>
                <w:lang w:val="ru-RU"/>
              </w:rPr>
              <w:t xml:space="preserve">мясо </w:t>
            </w:r>
            <w:r w:rsidR="00B64D94">
              <w:rPr>
                <w:color w:val="203040"/>
                <w:sz w:val="14"/>
                <w:szCs w:val="14"/>
                <w:lang w:val="ru-RU"/>
              </w:rPr>
              <w:t>куры</w:t>
            </w:r>
            <w:r w:rsidRPr="007122D7">
              <w:rPr>
                <w:color w:val="203040"/>
                <w:sz w:val="14"/>
                <w:szCs w:val="14"/>
                <w:lang w:val="ru-RU"/>
              </w:rPr>
              <w:t>, Лук репчатый св., Петрушка свеж., Соль, Яйцо столовое, Батон нарезной</w:t>
            </w:r>
          </w:p>
          <w:p w14:paraId="26C8BF5C" w14:textId="118C457D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- 22.85, Жиры - 19.8, Углеводы - 18.65, Калорийность - 246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20236" w14:textId="0119DE8E" w:rsidR="007122D7" w:rsidRDefault="002501F7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</w:t>
            </w:r>
            <w:r w:rsidR="00B64D9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81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524A06" w:rsidRPr="00524A06" w14:paraId="11E296C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FE677" w14:textId="740A419A" w:rsidR="00524A06" w:rsidRDefault="00524A06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171B7" w14:textId="77777777" w:rsidR="00524A06" w:rsidRPr="00524A06" w:rsidRDefault="00524A06" w:rsidP="00524A0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4A06">
              <w:rPr>
                <w:b/>
                <w:bCs/>
                <w:color w:val="203040"/>
                <w:sz w:val="24"/>
                <w:szCs w:val="24"/>
                <w:lang w:val="ru-RU"/>
              </w:rPr>
              <w:t>Рассольник ленинградский с говядиной и сметаной</w:t>
            </w:r>
          </w:p>
          <w:p w14:paraId="7E042396" w14:textId="22375E0B" w:rsidR="00524A06" w:rsidRPr="00524A06" w:rsidRDefault="00524A06" w:rsidP="00524A06">
            <w:pPr>
              <w:rPr>
                <w:color w:val="203040"/>
                <w:sz w:val="14"/>
                <w:szCs w:val="14"/>
                <w:lang w:val="ru-RU"/>
              </w:rPr>
            </w:pPr>
            <w:r w:rsidRPr="00524A06">
              <w:rPr>
                <w:color w:val="203040"/>
                <w:sz w:val="14"/>
                <w:szCs w:val="14"/>
                <w:lang w:val="ru-RU"/>
              </w:rPr>
              <w:t>Состав: Картофель, Крупа перловая, Морковь, Лук репчатый св., Огурцы соленые, Масло сливочное, Говядина, Сметана</w:t>
            </w:r>
          </w:p>
          <w:p w14:paraId="58E94A41" w14:textId="7FD634D7" w:rsidR="00524A06" w:rsidRPr="007122D7" w:rsidRDefault="00524A06" w:rsidP="00524A0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4A06">
              <w:rPr>
                <w:color w:val="203040"/>
                <w:sz w:val="14"/>
                <w:szCs w:val="14"/>
                <w:lang w:val="ru-RU"/>
              </w:rPr>
              <w:t>Пищевая ценность: Белки - 7, Жиры - 8.1, Углеводы - 12.5, Калорийность - 127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29674" w14:textId="372929F8" w:rsidR="00524A06" w:rsidRDefault="00524A06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265 г</w:t>
            </w:r>
          </w:p>
        </w:tc>
      </w:tr>
      <w:tr w:rsidR="00524A06" w:rsidRPr="00524A06" w14:paraId="2121B9D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A345C" w14:textId="56267AA4" w:rsidR="00524A06" w:rsidRDefault="00960BBF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40501" w14:textId="77777777" w:rsidR="00524A06" w:rsidRPr="00524A06" w:rsidRDefault="00524A06" w:rsidP="00524A0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4A06">
              <w:rPr>
                <w:b/>
                <w:bCs/>
                <w:color w:val="203040"/>
                <w:sz w:val="24"/>
                <w:szCs w:val="24"/>
                <w:lang w:val="ru-RU"/>
              </w:rPr>
              <w:t>Рассольник ленинградский с курой и сметаной</w:t>
            </w:r>
          </w:p>
          <w:p w14:paraId="07E0D28E" w14:textId="3F7B8C8B" w:rsidR="00524A06" w:rsidRPr="00524A06" w:rsidRDefault="00524A06" w:rsidP="00524A06">
            <w:pPr>
              <w:rPr>
                <w:color w:val="203040"/>
                <w:sz w:val="14"/>
                <w:szCs w:val="14"/>
                <w:lang w:val="ru-RU"/>
              </w:rPr>
            </w:pPr>
            <w:r w:rsidRPr="00524A06">
              <w:rPr>
                <w:color w:val="203040"/>
                <w:sz w:val="14"/>
                <w:szCs w:val="14"/>
                <w:lang w:val="ru-RU"/>
              </w:rPr>
              <w:t xml:space="preserve">Состав: Картофель, Крупа перловая, Морковь, Лук репчатый св., Огурцы соленые, Масло сливочное, </w:t>
            </w:r>
            <w:r>
              <w:rPr>
                <w:color w:val="203040"/>
                <w:sz w:val="14"/>
                <w:szCs w:val="14"/>
                <w:lang w:val="ru-RU"/>
              </w:rPr>
              <w:t>мясо куры</w:t>
            </w:r>
            <w:r w:rsidRPr="00524A06">
              <w:rPr>
                <w:color w:val="203040"/>
                <w:sz w:val="14"/>
                <w:szCs w:val="14"/>
                <w:lang w:val="ru-RU"/>
              </w:rPr>
              <w:t>, Сметана</w:t>
            </w:r>
          </w:p>
          <w:p w14:paraId="64C77AAC" w14:textId="56FA473C" w:rsidR="00524A06" w:rsidRPr="007122D7" w:rsidRDefault="00524A06" w:rsidP="00524A0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4A06">
              <w:rPr>
                <w:color w:val="203040"/>
                <w:sz w:val="14"/>
                <w:szCs w:val="14"/>
                <w:lang w:val="ru-RU"/>
              </w:rPr>
              <w:t>Пищевая ценность: Белки - 5.68, Жиры - 59, Углеводы - 17.1, Калорийность - 165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9FCBD" w14:textId="2E6ECEAD" w:rsidR="00524A06" w:rsidRDefault="00960BBF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265 г</w:t>
            </w:r>
          </w:p>
        </w:tc>
      </w:tr>
      <w:tr w:rsidR="00524A06" w:rsidRPr="00524A06" w14:paraId="313F0A8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6BA57" w14:textId="0BE8FD95" w:rsidR="00524A06" w:rsidRDefault="002F5413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3C211" w14:textId="77777777" w:rsidR="002F5413" w:rsidRPr="002F5413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b/>
                <w:bCs/>
                <w:color w:val="203040"/>
                <w:sz w:val="24"/>
                <w:szCs w:val="24"/>
                <w:lang w:val="ru-RU"/>
              </w:rPr>
              <w:t>Щи из квашеной капусты с говядиной и сметаной</w:t>
            </w:r>
          </w:p>
          <w:p w14:paraId="6A38E0FD" w14:textId="189CA59C" w:rsidR="002F5413" w:rsidRPr="002F5413" w:rsidRDefault="002F5413" w:rsidP="002F5413">
            <w:pPr>
              <w:rPr>
                <w:color w:val="203040"/>
                <w:sz w:val="14"/>
                <w:szCs w:val="1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>Состав: Капуста квашеная, Морковь, Лук репчатый св., Томатная паста, Мука пшеничная, Масло сливочное, Говядина, Сметана</w:t>
            </w:r>
          </w:p>
          <w:p w14:paraId="24B76018" w14:textId="231C2972" w:rsidR="00524A06" w:rsidRPr="007122D7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>Пищевая ценность: Белки - 8.27, Жиры - 10.46, Углеводы - 7.53, Калорийность - 154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E2CF2" w14:textId="6EEF6B02" w:rsidR="00524A06" w:rsidRDefault="002F5413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270 г</w:t>
            </w:r>
          </w:p>
        </w:tc>
      </w:tr>
      <w:tr w:rsidR="002F5413" w:rsidRPr="00524A06" w14:paraId="5500FF3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8AB6F" w14:textId="28FC6A48" w:rsidR="002F5413" w:rsidRDefault="002F5413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ADDA0" w14:textId="0979BC21" w:rsidR="002F5413" w:rsidRPr="002F5413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b/>
                <w:bCs/>
                <w:color w:val="203040"/>
                <w:sz w:val="24"/>
                <w:szCs w:val="24"/>
                <w:lang w:val="ru-RU"/>
              </w:rPr>
              <w:t>Щи из квашеной капусты с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о </w:t>
            </w:r>
            <w:r w:rsidRPr="002F5413">
              <w:rPr>
                <w:b/>
                <w:bCs/>
                <w:color w:val="203040"/>
                <w:sz w:val="24"/>
                <w:szCs w:val="24"/>
                <w:lang w:val="ru-RU"/>
              </w:rPr>
              <w:t>сметаной</w:t>
            </w:r>
          </w:p>
          <w:p w14:paraId="2F951792" w14:textId="7A00824D" w:rsidR="002F5413" w:rsidRPr="002F5413" w:rsidRDefault="002F5413" w:rsidP="002F5413">
            <w:pPr>
              <w:rPr>
                <w:color w:val="203040"/>
                <w:sz w:val="14"/>
                <w:szCs w:val="1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>Состав: Капуста квашеная, Морковь, Лук репчатый св., Томатная паста, Мука пшеничная, Масло сливочное, Сметана</w:t>
            </w:r>
          </w:p>
          <w:p w14:paraId="0F55A5CE" w14:textId="05B60AB8" w:rsidR="002F5413" w:rsidRPr="002F5413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>Пищевая ценность: Белки - 8.27, Жиры - 10.46, Углеводы - 7.53, Калорийность - 154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699A3" w14:textId="363524A3" w:rsidR="002F5413" w:rsidRDefault="002F5413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255 г</w:t>
            </w:r>
          </w:p>
        </w:tc>
      </w:tr>
      <w:tr w:rsidR="007122D7" w:rsidRPr="00134E77" w14:paraId="59ACD82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D9863" w14:textId="5803B325" w:rsidR="007122D7" w:rsidRDefault="002F5413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2501F7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13988" w14:textId="53274FC4" w:rsidR="007122D7" w:rsidRPr="007122D7" w:rsidRDefault="007122D7" w:rsidP="007122D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Бульон овощной с яйцом,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7122D7">
              <w:rPr>
                <w:b/>
                <w:bCs/>
                <w:color w:val="203040"/>
                <w:sz w:val="24"/>
                <w:szCs w:val="24"/>
                <w:lang w:val="ru-RU"/>
              </w:rPr>
              <w:t>зеленью и гренками</w:t>
            </w:r>
          </w:p>
          <w:p w14:paraId="0288CDC8" w14:textId="41BDBE2F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Состав: Картофель, Капуста Б/К, Тыква, Лук репчатый св., Морковь, Петрушка свеж., Соль, Яйцо столовое, Батон нарезной</w:t>
            </w:r>
          </w:p>
          <w:p w14:paraId="7E1BC7F5" w14:textId="554B2E0C" w:rsidR="007122D7" w:rsidRPr="007122D7" w:rsidRDefault="007122D7" w:rsidP="007122D7">
            <w:pPr>
              <w:rPr>
                <w:color w:val="203040"/>
                <w:sz w:val="14"/>
                <w:szCs w:val="14"/>
                <w:lang w:val="ru-RU"/>
              </w:rPr>
            </w:pPr>
            <w:r w:rsidRPr="007122D7">
              <w:rPr>
                <w:color w:val="203040"/>
                <w:sz w:val="14"/>
                <w:szCs w:val="14"/>
                <w:lang w:val="ru-RU"/>
              </w:rPr>
              <w:t>Пищевая ценность: Белки - 4.15, Жиры - 2.65, Углеводы - 10.35, Калорийность - 81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2F27A" w14:textId="477C4F5E" w:rsidR="007122D7" w:rsidRDefault="002501F7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</w:t>
            </w:r>
            <w:r w:rsidR="002F5413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81</w:t>
            </w: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 г</w:t>
            </w:r>
          </w:p>
        </w:tc>
      </w:tr>
      <w:tr w:rsidR="002F5413" w:rsidRPr="002F5413" w14:paraId="088DEDC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CD9B" w14:textId="33CF3487" w:rsidR="002F5413" w:rsidRDefault="002F5413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5BEAF" w14:textId="6B3046CD" w:rsidR="002F5413" w:rsidRPr="002F5413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b/>
                <w:bCs/>
                <w:color w:val="203040"/>
                <w:sz w:val="24"/>
                <w:szCs w:val="24"/>
                <w:lang w:val="ru-RU"/>
              </w:rPr>
              <w:t>Щи из свежей капусты с картофелем,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2F5413">
              <w:rPr>
                <w:b/>
                <w:bCs/>
                <w:color w:val="203040"/>
                <w:sz w:val="24"/>
                <w:szCs w:val="24"/>
                <w:lang w:val="ru-RU"/>
              </w:rPr>
              <w:t>курой и сметаной</w:t>
            </w:r>
          </w:p>
          <w:p w14:paraId="25411ECF" w14:textId="523FEF4F" w:rsidR="002F5413" w:rsidRPr="002F5413" w:rsidRDefault="002F5413" w:rsidP="002F5413">
            <w:pPr>
              <w:rPr>
                <w:color w:val="203040"/>
                <w:sz w:val="14"/>
                <w:szCs w:val="1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 xml:space="preserve">Состав: Капуста Б/К, Картофель, Морковь, Лук репчатый св., Масло сливочное, Соль, </w:t>
            </w:r>
            <w:r>
              <w:rPr>
                <w:color w:val="203040"/>
                <w:sz w:val="14"/>
                <w:szCs w:val="14"/>
                <w:lang w:val="ru-RU"/>
              </w:rPr>
              <w:t>мясо куры</w:t>
            </w:r>
            <w:r w:rsidRPr="002F5413">
              <w:rPr>
                <w:color w:val="203040"/>
                <w:sz w:val="14"/>
                <w:szCs w:val="14"/>
                <w:lang w:val="ru-RU"/>
              </w:rPr>
              <w:t>, Сметана</w:t>
            </w:r>
          </w:p>
          <w:p w14:paraId="0366678A" w14:textId="4E47BFDE" w:rsidR="002F5413" w:rsidRPr="007122D7" w:rsidRDefault="002F5413" w:rsidP="002F541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F5413">
              <w:rPr>
                <w:color w:val="203040"/>
                <w:sz w:val="14"/>
                <w:szCs w:val="14"/>
                <w:lang w:val="ru-RU"/>
              </w:rPr>
              <w:t>Пищевая ценность: Белки - 4.62, Жиры - 6.86, Углеводы - 4.43, Калорийность - 98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EC8E7" w14:textId="3CAEBA7B" w:rsidR="002F5413" w:rsidRDefault="002F5413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265 г</w:t>
            </w:r>
          </w:p>
        </w:tc>
      </w:tr>
      <w:tr w:rsidR="002F5413" w:rsidRPr="002F5413" w14:paraId="00E62EC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57A49" w14:textId="32C13B2A" w:rsidR="002F5413" w:rsidRDefault="00523540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CEFBA" w14:textId="77777777" w:rsidR="00523540" w:rsidRPr="00523540" w:rsidRDefault="00523540" w:rsidP="0052354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3540">
              <w:rPr>
                <w:b/>
                <w:bCs/>
                <w:color w:val="203040"/>
                <w:sz w:val="24"/>
                <w:szCs w:val="24"/>
                <w:lang w:val="ru-RU"/>
              </w:rPr>
              <w:t>Солянка в горшочке</w:t>
            </w:r>
          </w:p>
          <w:p w14:paraId="13D57350" w14:textId="798D4A2D" w:rsidR="00523540" w:rsidRPr="00523540" w:rsidRDefault="00523540" w:rsidP="00523540">
            <w:pPr>
              <w:rPr>
                <w:color w:val="203040"/>
                <w:sz w:val="14"/>
                <w:szCs w:val="14"/>
                <w:lang w:val="ru-RU"/>
              </w:rPr>
            </w:pPr>
            <w:r w:rsidRPr="00523540">
              <w:rPr>
                <w:color w:val="203040"/>
                <w:sz w:val="14"/>
                <w:szCs w:val="14"/>
                <w:lang w:val="ru-RU"/>
              </w:rPr>
              <w:t>Состав: Говядина, Сосиски, Колбаса, Лук репчатый св., Огурцы соленые, Картофель, Томатная паста, Масло сливочное, Лимон свежий, Петрушка свеж., Соль, Перец черный горошком, Лавровый лист, Сметана</w:t>
            </w:r>
          </w:p>
          <w:p w14:paraId="54C13A8E" w14:textId="7EB57523" w:rsidR="002F5413" w:rsidRPr="007122D7" w:rsidRDefault="00523540" w:rsidP="0052354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3540">
              <w:rPr>
                <w:color w:val="203040"/>
                <w:sz w:val="14"/>
                <w:szCs w:val="14"/>
                <w:lang w:val="ru-RU"/>
              </w:rPr>
              <w:t>Пищевая ценность: Белки - 13.22, Жиры - 23.27, Углеводы - 15.64, Калорийность - 325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03321" w14:textId="7FC7FBD5" w:rsidR="002F5413" w:rsidRDefault="00523540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285 г</w:t>
            </w:r>
          </w:p>
        </w:tc>
      </w:tr>
      <w:tr w:rsidR="006D5300" w:rsidRPr="00F10C26" w14:paraId="61D2E47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69296" w14:textId="5CF703A7" w:rsidR="006D5300" w:rsidRDefault="00F10C26" w:rsidP="00E250C1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DF798" w14:textId="71BD66AA" w:rsidR="00F10C26" w:rsidRPr="00F10C26" w:rsidRDefault="00F10C26" w:rsidP="00F10C26">
            <w:pPr>
              <w:rPr>
                <w:color w:val="203040"/>
                <w:sz w:val="14"/>
                <w:szCs w:val="14"/>
                <w:lang w:val="ru-RU"/>
              </w:rPr>
            </w:pPr>
            <w:r w:rsidRPr="00F10C26">
              <w:rPr>
                <w:b/>
                <w:bCs/>
                <w:color w:val="203040"/>
                <w:sz w:val="24"/>
                <w:szCs w:val="24"/>
                <w:lang w:val="ru-RU"/>
              </w:rPr>
              <w:t>Суп сливочный с картофелем и рыбой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F10C26">
              <w:rPr>
                <w:b/>
                <w:bCs/>
                <w:color w:val="203040"/>
                <w:sz w:val="24"/>
                <w:szCs w:val="24"/>
                <w:lang w:val="ru-RU"/>
              </w:rPr>
              <w:tab/>
            </w:r>
            <w:r w:rsidRPr="00F10C26">
              <w:rPr>
                <w:b/>
                <w:bCs/>
                <w:color w:val="203040"/>
                <w:sz w:val="24"/>
                <w:szCs w:val="24"/>
                <w:lang w:val="ru-RU"/>
              </w:rPr>
              <w:tab/>
            </w:r>
          </w:p>
          <w:p w14:paraId="66B2C45A" w14:textId="77777777" w:rsidR="00F10C26" w:rsidRDefault="00F10C26" w:rsidP="00F10C26">
            <w:pPr>
              <w:rPr>
                <w:color w:val="203040"/>
                <w:sz w:val="14"/>
                <w:szCs w:val="14"/>
                <w:lang w:val="ru-RU"/>
              </w:rPr>
            </w:pPr>
            <w:r w:rsidRPr="00F10C26">
              <w:rPr>
                <w:color w:val="203040"/>
                <w:sz w:val="14"/>
                <w:szCs w:val="14"/>
                <w:lang w:val="ru-RU"/>
              </w:rPr>
              <w:t>Состав: Картофель, Лук репчатый св., Масло сливочное, Соль, Петрушка свеж., Горбуша натур., Масло подсолнечное, Мука пшеничная, Сливки</w:t>
            </w:r>
          </w:p>
          <w:p w14:paraId="6DB26C31" w14:textId="0F16C851" w:rsidR="006D5300" w:rsidRPr="00523540" w:rsidRDefault="00F10C26" w:rsidP="00F10C2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10C26">
              <w:rPr>
                <w:color w:val="203040"/>
                <w:sz w:val="14"/>
                <w:szCs w:val="14"/>
                <w:lang w:val="ru-RU"/>
              </w:rPr>
              <w:t>Пищевая ценность: Белки - 9.3, Жиры - 6.8, Углеводы - 12, Калорийность - 146</w:t>
            </w:r>
            <w:r w:rsidRPr="00F10C26">
              <w:rPr>
                <w:color w:val="203040"/>
                <w:sz w:val="14"/>
                <w:szCs w:val="14"/>
                <w:lang w:val="ru-RU"/>
              </w:rPr>
              <w:tab/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D7C9F" w14:textId="4A7CDB37" w:rsidR="006D5300" w:rsidRDefault="00F10C26" w:rsidP="00E250C1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</w:tbl>
    <w:p w14:paraId="7709B59F" w14:textId="77777777" w:rsidR="00315AEE" w:rsidRPr="00315AEE" w:rsidRDefault="00315AEE" w:rsidP="00645255">
      <w:pPr>
        <w:rPr>
          <w:b/>
          <w:color w:val="1F4E78"/>
          <w:sz w:val="4"/>
          <w:szCs w:val="2"/>
          <w:lang w:val="ru-RU"/>
        </w:rPr>
      </w:pPr>
    </w:p>
    <w:p w14:paraId="6DFDF184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6F57423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0CDB2C5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DD95FB9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A66DC4B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40D4696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DAEA84D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6A62568B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425E9F96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4BBF0473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6906EE15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A1C9E27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2049D273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244782F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33A9F72A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1B8DA510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C79F440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3F90D4C" w14:textId="240204AC" w:rsidR="00645255" w:rsidRDefault="00F33419" w:rsidP="00645255">
      <w:pPr>
        <w:rPr>
          <w:b/>
          <w:color w:val="1F4E78"/>
          <w:sz w:val="28"/>
          <w:lang w:val="ru-RU"/>
        </w:rPr>
      </w:pPr>
      <w:r>
        <w:rPr>
          <w:b/>
          <w:color w:val="1F4E78"/>
          <w:sz w:val="28"/>
          <w:lang w:val="ru-RU"/>
        </w:rPr>
        <w:t>ГАРНИРЫ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EA5898" w14:paraId="63C04EFC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731CB" w14:textId="77777777" w:rsidR="00EA5898" w:rsidRPr="005E187D" w:rsidRDefault="00EA5898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DED58" w14:textId="77777777" w:rsidR="00EA5898" w:rsidRPr="00AF7D4F" w:rsidRDefault="00EA5898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73670" w14:textId="77777777" w:rsidR="00EA5898" w:rsidRPr="00AF7D4F" w:rsidRDefault="00EA5898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EA5898" w14:paraId="65E1AC21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63A313C1" w14:textId="77777777" w:rsidR="00EA5898" w:rsidRPr="00AF7D4F" w:rsidRDefault="00EA5898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0239B6C6" w14:textId="77777777" w:rsidR="00EA5898" w:rsidRPr="00AF7D4F" w:rsidRDefault="00EA5898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7B256D5E" w14:textId="77777777" w:rsidR="00EA5898" w:rsidRPr="00AF7D4F" w:rsidRDefault="00EA5898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EA5898" w:rsidRPr="00134E77" w14:paraId="3DA4979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55E02" w14:textId="46AA0557" w:rsidR="00EA5898" w:rsidRPr="00C15079" w:rsidRDefault="00F334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</w:t>
            </w:r>
            <w:r w:rsidR="00EA5898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6F11F" w14:textId="77777777" w:rsidR="00F33419" w:rsidRPr="00F33419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b/>
                <w:bCs/>
                <w:color w:val="203040"/>
                <w:sz w:val="24"/>
                <w:szCs w:val="24"/>
                <w:lang w:val="ru-RU"/>
              </w:rPr>
              <w:t>Макаронные изделия отварные</w:t>
            </w:r>
          </w:p>
          <w:p w14:paraId="71ECEFA0" w14:textId="052844C3" w:rsidR="00F33419" w:rsidRPr="00F33419" w:rsidRDefault="00F33419" w:rsidP="00F33419">
            <w:pPr>
              <w:rPr>
                <w:color w:val="203040"/>
                <w:sz w:val="14"/>
                <w:szCs w:val="1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Состав: Макаронные изделия., Соль, Масло сливочное</w:t>
            </w:r>
          </w:p>
          <w:p w14:paraId="7E2DFEC2" w14:textId="29B1C443" w:rsidR="00EA5898" w:rsidRPr="00C55E52" w:rsidRDefault="00F33419" w:rsidP="00F33419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Пищевая ценность: Белки - 6.7, Жиры - 5.8, Углеводы - 37.6, Калорийность - 229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34400" w14:textId="73341B69" w:rsidR="00EA5898" w:rsidRPr="00C15079" w:rsidRDefault="00F334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</w:t>
            </w:r>
            <w:r w:rsidR="00EA5898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 г</w:t>
            </w:r>
          </w:p>
        </w:tc>
      </w:tr>
      <w:tr w:rsidR="00431B02" w:rsidRPr="00F33419" w14:paraId="1E570A4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DFB0F" w14:textId="76C565DA" w:rsidR="00431B02" w:rsidRDefault="00431B0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92D29" w14:textId="77777777" w:rsidR="00431B02" w:rsidRPr="00431B02" w:rsidRDefault="00431B02" w:rsidP="00431B0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1B02">
              <w:rPr>
                <w:b/>
                <w:bCs/>
                <w:color w:val="203040"/>
                <w:sz w:val="24"/>
                <w:szCs w:val="24"/>
                <w:lang w:val="ru-RU"/>
              </w:rPr>
              <w:t>Капуста брокколи отварная</w:t>
            </w:r>
          </w:p>
          <w:p w14:paraId="5D66326B" w14:textId="39AF06B8" w:rsidR="00431B02" w:rsidRPr="00431B02" w:rsidRDefault="00431B02" w:rsidP="00431B02">
            <w:pPr>
              <w:rPr>
                <w:color w:val="203040"/>
                <w:sz w:val="14"/>
                <w:szCs w:val="14"/>
                <w:lang w:val="ru-RU"/>
              </w:rPr>
            </w:pPr>
            <w:r w:rsidRPr="00431B02">
              <w:rPr>
                <w:color w:val="203040"/>
                <w:sz w:val="14"/>
                <w:szCs w:val="14"/>
                <w:lang w:val="ru-RU"/>
              </w:rPr>
              <w:t>Состав: Капуста брокколи замороженная, Масло сливочное</w:t>
            </w:r>
          </w:p>
          <w:p w14:paraId="7C5566C8" w14:textId="34A91960" w:rsidR="00431B02" w:rsidRPr="00F33419" w:rsidRDefault="00431B02" w:rsidP="00431B0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1B02">
              <w:rPr>
                <w:color w:val="203040"/>
                <w:sz w:val="14"/>
                <w:szCs w:val="14"/>
                <w:lang w:val="ru-RU"/>
              </w:rPr>
              <w:t>Пищевая ценность: Белки - 10.46, Жиры - 6.25, Углеводы - 4.34, Калорийность - 115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4FC11" w14:textId="40AD08D3" w:rsidR="00431B02" w:rsidRDefault="00431B0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4CACDF2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C63B8" w14:textId="5047937F" w:rsidR="00431B02" w:rsidRDefault="00192397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A158B" w14:textId="77777777" w:rsidR="00431B02" w:rsidRPr="00431B02" w:rsidRDefault="00431B02" w:rsidP="00431B0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1B02">
              <w:rPr>
                <w:b/>
                <w:bCs/>
                <w:color w:val="203040"/>
                <w:sz w:val="24"/>
                <w:szCs w:val="24"/>
                <w:lang w:val="ru-RU"/>
              </w:rPr>
              <w:t>Капуста цветная отварная</w:t>
            </w:r>
          </w:p>
          <w:p w14:paraId="1BE9320A" w14:textId="78684FFA" w:rsidR="00431B02" w:rsidRPr="00431B02" w:rsidRDefault="00431B02" w:rsidP="00431B02">
            <w:pPr>
              <w:rPr>
                <w:color w:val="203040"/>
                <w:sz w:val="14"/>
                <w:szCs w:val="14"/>
                <w:lang w:val="ru-RU"/>
              </w:rPr>
            </w:pPr>
            <w:r w:rsidRPr="00431B02">
              <w:rPr>
                <w:color w:val="203040"/>
                <w:sz w:val="14"/>
                <w:szCs w:val="14"/>
                <w:lang w:val="ru-RU"/>
              </w:rPr>
              <w:t>Состав: Капуста цветная замороженная, Соль, Масло сливочное</w:t>
            </w:r>
          </w:p>
          <w:p w14:paraId="785A77C3" w14:textId="5C317A7B" w:rsidR="00431B02" w:rsidRPr="00F33419" w:rsidRDefault="00431B02" w:rsidP="00431B0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1B02">
              <w:rPr>
                <w:color w:val="203040"/>
                <w:sz w:val="14"/>
                <w:szCs w:val="14"/>
                <w:lang w:val="ru-RU"/>
              </w:rPr>
              <w:t>Пищевая ценность: Белки - 3, Жиры - 4.5, Углеводы - 6, Калорийность - 76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15F96" w14:textId="0F619E6E" w:rsidR="00431B02" w:rsidRDefault="00192397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406F696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ACC79" w14:textId="2748F969" w:rsidR="00431B02" w:rsidRDefault="00192397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B3ED8" w14:textId="1C9B180F" w:rsidR="00192397" w:rsidRPr="00192397" w:rsidRDefault="00A66572" w:rsidP="0019239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Гратен</w:t>
            </w:r>
            <w:proofErr w:type="spellEnd"/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из цветной капусты</w:t>
            </w:r>
          </w:p>
          <w:p w14:paraId="0E76AF1A" w14:textId="4047F2BC" w:rsidR="00192397" w:rsidRPr="00192397" w:rsidRDefault="00192397" w:rsidP="00192397">
            <w:pPr>
              <w:rPr>
                <w:color w:val="203040"/>
                <w:sz w:val="14"/>
                <w:szCs w:val="14"/>
                <w:lang w:val="ru-RU"/>
              </w:rPr>
            </w:pPr>
            <w:r w:rsidRPr="00192397">
              <w:rPr>
                <w:color w:val="203040"/>
                <w:sz w:val="14"/>
                <w:szCs w:val="14"/>
                <w:lang w:val="ru-RU"/>
              </w:rPr>
              <w:t>Состав: Капуста цветная замороженная, Молоко, Мука пшеничная, Сыр, Соль, Масло сливочное</w:t>
            </w:r>
          </w:p>
          <w:p w14:paraId="21D2E8F8" w14:textId="7A28289F" w:rsidR="00431B02" w:rsidRPr="00F33419" w:rsidRDefault="00192397" w:rsidP="0019239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92397">
              <w:rPr>
                <w:color w:val="203040"/>
                <w:sz w:val="14"/>
                <w:szCs w:val="14"/>
                <w:lang w:val="ru-RU"/>
              </w:rPr>
              <w:t>Пищевая ценность: Белки - 7.7, Жиры - 8.5, Углеводы - 19.8, Калорийность - 314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02F9D" w14:textId="014E0233" w:rsidR="00431B02" w:rsidRDefault="00192397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210 г</w:t>
            </w:r>
          </w:p>
        </w:tc>
      </w:tr>
      <w:tr w:rsidR="00431B02" w:rsidRPr="00F33419" w14:paraId="5EFB40E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ABC28" w14:textId="1F918ED5" w:rsidR="00431B02" w:rsidRDefault="00D753D6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690A1" w14:textId="77777777" w:rsidR="00D753D6" w:rsidRPr="00D753D6" w:rsidRDefault="00D753D6" w:rsidP="00D753D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753D6">
              <w:rPr>
                <w:b/>
                <w:bCs/>
                <w:color w:val="203040"/>
                <w:sz w:val="24"/>
                <w:szCs w:val="24"/>
                <w:lang w:val="ru-RU"/>
              </w:rPr>
              <w:t>Картофель запеченный</w:t>
            </w:r>
          </w:p>
          <w:p w14:paraId="292738F2" w14:textId="4F186C30" w:rsidR="00D753D6" w:rsidRPr="00D753D6" w:rsidRDefault="00D753D6" w:rsidP="00D753D6">
            <w:pPr>
              <w:rPr>
                <w:color w:val="203040"/>
                <w:sz w:val="14"/>
                <w:szCs w:val="14"/>
                <w:lang w:val="ru-RU"/>
              </w:rPr>
            </w:pPr>
            <w:r w:rsidRPr="00D753D6">
              <w:rPr>
                <w:color w:val="203040"/>
                <w:sz w:val="14"/>
                <w:szCs w:val="14"/>
                <w:lang w:val="ru-RU"/>
              </w:rPr>
              <w:t>Состав: Картофель, Масло подсолнечное, Соль, Петрушка свеж.</w:t>
            </w:r>
          </w:p>
          <w:p w14:paraId="3B80FF0E" w14:textId="60C06830" w:rsidR="00431B02" w:rsidRPr="00F33419" w:rsidRDefault="00D753D6" w:rsidP="00D753D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753D6">
              <w:rPr>
                <w:color w:val="203040"/>
                <w:sz w:val="14"/>
                <w:szCs w:val="14"/>
                <w:lang w:val="ru-RU"/>
              </w:rPr>
              <w:t>Пищевая ценность: Белки - 5.04, Жиры - 17.9, Углеводы - 38.88, Калорийность - 337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5A296" w14:textId="657B2227" w:rsidR="00431B02" w:rsidRDefault="00D753D6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2686BA6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9F89B" w14:textId="54A01690" w:rsidR="00431B02" w:rsidRDefault="00433868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10191" w14:textId="252A2F7B" w:rsidR="00D753D6" w:rsidRPr="00D753D6" w:rsidRDefault="00D753D6" w:rsidP="00D753D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Гратен</w:t>
            </w:r>
            <w:proofErr w:type="spellEnd"/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из к</w:t>
            </w:r>
            <w:r w:rsidRPr="00D753D6">
              <w:rPr>
                <w:b/>
                <w:bCs/>
                <w:color w:val="203040"/>
                <w:sz w:val="24"/>
                <w:szCs w:val="24"/>
                <w:lang w:val="ru-RU"/>
              </w:rPr>
              <w:t>артофел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я</w:t>
            </w:r>
            <w:r w:rsidRPr="00D753D6">
              <w:rPr>
                <w:b/>
                <w:bCs/>
                <w:color w:val="203040"/>
                <w:sz w:val="24"/>
                <w:szCs w:val="24"/>
                <w:lang w:val="ru-RU"/>
              </w:rPr>
              <w:tab/>
            </w:r>
          </w:p>
          <w:p w14:paraId="1C834D0B" w14:textId="55E0D4F3" w:rsidR="00D753D6" w:rsidRDefault="00D753D6" w:rsidP="00D753D6">
            <w:pPr>
              <w:rPr>
                <w:color w:val="203040"/>
                <w:sz w:val="14"/>
                <w:szCs w:val="14"/>
                <w:lang w:val="ru-RU"/>
              </w:rPr>
            </w:pPr>
            <w:r w:rsidRPr="00D753D6">
              <w:rPr>
                <w:color w:val="203040"/>
                <w:sz w:val="14"/>
                <w:szCs w:val="14"/>
                <w:lang w:val="ru-RU"/>
              </w:rPr>
              <w:t>Состав: Картофель, Масло подсолнечное, Чеснок, Укроп свежий</w:t>
            </w:r>
            <w:r w:rsidRPr="00D753D6">
              <w:rPr>
                <w:color w:val="203040"/>
                <w:sz w:val="14"/>
                <w:szCs w:val="14"/>
                <w:lang w:val="ru-RU"/>
              </w:rPr>
              <w:tab/>
            </w:r>
          </w:p>
          <w:p w14:paraId="77C3167E" w14:textId="6B3F29C9" w:rsidR="00431B02" w:rsidRPr="00F33419" w:rsidRDefault="00D753D6" w:rsidP="00D753D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753D6">
              <w:rPr>
                <w:color w:val="203040"/>
                <w:sz w:val="14"/>
                <w:szCs w:val="14"/>
                <w:lang w:val="ru-RU"/>
              </w:rPr>
              <w:t>Пищевая ценность: Белки - 4.4, Жиры - 15.8, Углеводы - 35.4, Калорийность - 306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2C4DB" w14:textId="1ADF0B5F" w:rsidR="00431B02" w:rsidRDefault="00A6657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3DB322B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91D9E" w14:textId="6991CA3A" w:rsidR="00431B02" w:rsidRDefault="0000530E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1B0E8" w14:textId="77777777" w:rsidR="00433868" w:rsidRPr="00433868" w:rsidRDefault="00433868" w:rsidP="0043386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3868">
              <w:rPr>
                <w:b/>
                <w:bCs/>
                <w:color w:val="203040"/>
                <w:sz w:val="24"/>
                <w:szCs w:val="24"/>
                <w:lang w:val="ru-RU"/>
              </w:rPr>
              <w:t>Картофель тушеный</w:t>
            </w:r>
          </w:p>
          <w:p w14:paraId="07E1EBFA" w14:textId="790B8983" w:rsidR="00431B02" w:rsidRPr="00F33419" w:rsidRDefault="00433868" w:rsidP="0043386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33868">
              <w:rPr>
                <w:color w:val="203040"/>
                <w:sz w:val="14"/>
                <w:szCs w:val="14"/>
                <w:lang w:val="ru-RU"/>
              </w:rPr>
              <w:t>Состав: Картофель, Морковь, Лук репчатый св., Томатная паста, Масло подсолнечное, Соль Пищевая ценность: Белки - 7.02, Жиры - 14.04, Углеводы - 25.74, Калорийность - 257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6846E" w14:textId="4B73EA66" w:rsidR="00431B02" w:rsidRDefault="0000530E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2C35B48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6E022" w14:textId="7EC2620F" w:rsidR="00431B02" w:rsidRDefault="00E54FA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A9E13" w14:textId="77777777" w:rsidR="00E54FAD" w:rsidRPr="00E54FAD" w:rsidRDefault="00E54FAD" w:rsidP="00E54FA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b/>
                <w:bCs/>
                <w:color w:val="203040"/>
                <w:sz w:val="24"/>
                <w:szCs w:val="24"/>
                <w:lang w:val="ru-RU"/>
              </w:rPr>
              <w:t>Пюре картофельное</w:t>
            </w:r>
          </w:p>
          <w:p w14:paraId="4BAF227B" w14:textId="167F4F3C" w:rsidR="00E54FAD" w:rsidRPr="00E54FAD" w:rsidRDefault="00E54FAD" w:rsidP="00E54FA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Картофель, Молоко, Соль, Масло сливочное</w:t>
            </w:r>
          </w:p>
          <w:p w14:paraId="33312216" w14:textId="18CAB1E3" w:rsidR="00431B02" w:rsidRPr="00F33419" w:rsidRDefault="00E54FAD" w:rsidP="00E54FA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- 4.23, Жиры - 6.57, Углеводы - 25.62, Калорийность - 215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5867F" w14:textId="46471E01" w:rsidR="00431B02" w:rsidRDefault="00E54FA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431B02" w:rsidRPr="00F33419" w14:paraId="57234C1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BFC75" w14:textId="6CA75F91" w:rsidR="00431B02" w:rsidRDefault="00E54FA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65E1F" w14:textId="77777777" w:rsidR="00E54FAD" w:rsidRPr="00E54FAD" w:rsidRDefault="00E54FAD" w:rsidP="00E54FA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b/>
                <w:bCs/>
                <w:color w:val="203040"/>
                <w:sz w:val="24"/>
                <w:szCs w:val="24"/>
                <w:lang w:val="ru-RU"/>
              </w:rPr>
              <w:t>Картофель отварной</w:t>
            </w:r>
          </w:p>
          <w:p w14:paraId="3E55BE5A" w14:textId="082FABBB" w:rsidR="00E54FAD" w:rsidRPr="00E54FAD" w:rsidRDefault="00E54FAD" w:rsidP="00E54FA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Картофель, Соль, Масло сливочное</w:t>
            </w:r>
          </w:p>
          <w:p w14:paraId="1AF0E4AE" w14:textId="7A745C88" w:rsidR="00431B02" w:rsidRPr="00F33419" w:rsidRDefault="00E54FAD" w:rsidP="00E54FA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- 3.42, Жиры - 5.6, Углеводы - 28.1, Калорийность - 178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1A853" w14:textId="7D5D1EE5" w:rsidR="00431B02" w:rsidRDefault="00E54FA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F33419" w14:paraId="54CDDA1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7F1F6" w14:textId="645B8BCC" w:rsidR="00EA5898" w:rsidRDefault="00F334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6198F" w14:textId="77777777" w:rsidR="00F33419" w:rsidRPr="00F33419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b/>
                <w:bCs/>
                <w:color w:val="203040"/>
                <w:sz w:val="24"/>
                <w:szCs w:val="24"/>
                <w:lang w:val="ru-RU"/>
              </w:rPr>
              <w:t>Каша гречневая рассыпчатая</w:t>
            </w:r>
          </w:p>
          <w:p w14:paraId="2F3F5CA4" w14:textId="135CE40D" w:rsidR="00F33419" w:rsidRPr="00F33419" w:rsidRDefault="00F33419" w:rsidP="00F33419">
            <w:pPr>
              <w:rPr>
                <w:color w:val="203040"/>
                <w:sz w:val="14"/>
                <w:szCs w:val="1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Состав: Крупа гречневая, Соль, Масло сливочное</w:t>
            </w:r>
          </w:p>
          <w:p w14:paraId="3EEA6B78" w14:textId="2CD1C351" w:rsidR="00EA5898" w:rsidRPr="00566C21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Пищевая ценность: Белки - 4.32, Жиры - 5.6, Углеводы - 55.3, Калорийность - 247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9B33C" w14:textId="0278D8DD" w:rsidR="00EA5898" w:rsidRDefault="00F334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F33419" w14:paraId="0A87555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38CC6" w14:textId="27703B99" w:rsidR="00EA5898" w:rsidRDefault="00F334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13303" w14:textId="77777777" w:rsidR="00F33419" w:rsidRPr="00F33419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b/>
                <w:bCs/>
                <w:color w:val="203040"/>
                <w:sz w:val="24"/>
                <w:szCs w:val="24"/>
                <w:lang w:val="ru-RU"/>
              </w:rPr>
              <w:t>Спагетти отварные с овощами</w:t>
            </w:r>
          </w:p>
          <w:p w14:paraId="363EDEA5" w14:textId="172CB64C" w:rsidR="00F33419" w:rsidRPr="00F33419" w:rsidRDefault="00F33419" w:rsidP="00F33419">
            <w:pPr>
              <w:rPr>
                <w:color w:val="203040"/>
                <w:sz w:val="14"/>
                <w:szCs w:val="1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Состав: Спагетти, Соль, Масло сливочное, Морковь очищенная, Лук репчатый св., Перец сладкий свежий, Томатная паста, Масло подсолнечное</w:t>
            </w:r>
          </w:p>
          <w:p w14:paraId="6CAC7685" w14:textId="24F030CA" w:rsidR="00EA5898" w:rsidRPr="00566C21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Пищевая ценность: Белки - 8.14, Жиры - 9.54, Углеводы - 32.9, Калорийность - 229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BD06B" w14:textId="585CFC06" w:rsidR="00EA5898" w:rsidRDefault="00F334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F33419" w14:paraId="538666A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1B47D" w14:textId="7CCE9C57" w:rsidR="00EA5898" w:rsidRDefault="00F3341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41229" w14:textId="77777777" w:rsidR="00F33419" w:rsidRPr="00F33419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b/>
                <w:bCs/>
                <w:color w:val="203040"/>
                <w:sz w:val="24"/>
                <w:szCs w:val="24"/>
                <w:lang w:val="ru-RU"/>
              </w:rPr>
              <w:t>Спагетти отварные с маслом сливочным</w:t>
            </w:r>
          </w:p>
          <w:p w14:paraId="66A966A4" w14:textId="4779539B" w:rsidR="00F33419" w:rsidRPr="00F33419" w:rsidRDefault="00F33419" w:rsidP="00F33419">
            <w:pPr>
              <w:rPr>
                <w:color w:val="203040"/>
                <w:sz w:val="14"/>
                <w:szCs w:val="1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Состав: Макаронные изделия., Соль, Масло сливочное</w:t>
            </w:r>
          </w:p>
          <w:p w14:paraId="61D5D6A1" w14:textId="0BD380D1" w:rsidR="00EA5898" w:rsidRPr="00AB1BBE" w:rsidRDefault="00F33419" w:rsidP="00F33419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3419">
              <w:rPr>
                <w:color w:val="203040"/>
                <w:sz w:val="14"/>
                <w:szCs w:val="14"/>
                <w:lang w:val="ru-RU"/>
              </w:rPr>
              <w:t>Пищевая ценность: Белки - 0, Жиры - 0, Углеводы - 0, Калорийность - 0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7D9AB" w14:textId="39212589" w:rsidR="00EA5898" w:rsidRDefault="00F3341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F33419" w14:paraId="7309982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C5C2C" w14:textId="07551BBB" w:rsidR="00EA5898" w:rsidRDefault="007D3D3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F8A2B" w14:textId="77777777" w:rsidR="007D3D3D" w:rsidRPr="007D3D3D" w:rsidRDefault="007D3D3D" w:rsidP="007D3D3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D3D3D">
              <w:rPr>
                <w:b/>
                <w:bCs/>
                <w:color w:val="203040"/>
                <w:sz w:val="24"/>
                <w:szCs w:val="24"/>
                <w:lang w:val="ru-RU"/>
              </w:rPr>
              <w:t>Рис отварной</w:t>
            </w:r>
          </w:p>
          <w:p w14:paraId="72346AFC" w14:textId="5E3AE34E" w:rsidR="007D3D3D" w:rsidRPr="007D3D3D" w:rsidRDefault="007D3D3D" w:rsidP="007D3D3D">
            <w:pPr>
              <w:rPr>
                <w:color w:val="203040"/>
                <w:sz w:val="14"/>
                <w:szCs w:val="14"/>
                <w:lang w:val="ru-RU"/>
              </w:rPr>
            </w:pPr>
            <w:r w:rsidRPr="007D3D3D">
              <w:rPr>
                <w:color w:val="203040"/>
                <w:sz w:val="14"/>
                <w:szCs w:val="14"/>
                <w:lang w:val="ru-RU"/>
              </w:rPr>
              <w:t>Состав: Крупа рисовая, Соль, Масло сливочное</w:t>
            </w:r>
          </w:p>
          <w:p w14:paraId="6908DF78" w14:textId="5FF93DCE" w:rsidR="00EA5898" w:rsidRPr="00AB1BBE" w:rsidRDefault="007D3D3D" w:rsidP="007D3D3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D3D3D">
              <w:rPr>
                <w:color w:val="203040"/>
                <w:sz w:val="14"/>
                <w:szCs w:val="14"/>
                <w:lang w:val="ru-RU"/>
              </w:rPr>
              <w:t>Пищевая ценность: Белки - 4.4, Жиры - 7.5, Углеводы - 39.6, Калорийность - 244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1F67B" w14:textId="6FD78A07" w:rsidR="00EA5898" w:rsidRDefault="007D3D3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024F65" w:rsidRPr="00F33419" w14:paraId="78DA4E9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9BA07" w14:textId="6BF8C02F" w:rsidR="00024F65" w:rsidRDefault="008961C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9CFBF" w14:textId="77777777" w:rsidR="008961CD" w:rsidRPr="008961CD" w:rsidRDefault="008961CD" w:rsidP="008961C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961CD">
              <w:rPr>
                <w:b/>
                <w:bCs/>
                <w:color w:val="203040"/>
                <w:sz w:val="24"/>
                <w:szCs w:val="24"/>
                <w:lang w:val="ru-RU"/>
              </w:rPr>
              <w:t>Ризотто с овощами</w:t>
            </w:r>
          </w:p>
          <w:p w14:paraId="4133832A" w14:textId="5670C455" w:rsidR="008961CD" w:rsidRPr="008961CD" w:rsidRDefault="008961CD" w:rsidP="008961CD">
            <w:pPr>
              <w:rPr>
                <w:color w:val="203040"/>
                <w:sz w:val="14"/>
                <w:szCs w:val="14"/>
                <w:lang w:val="ru-RU"/>
              </w:rPr>
            </w:pPr>
            <w:r w:rsidRPr="008961CD">
              <w:rPr>
                <w:color w:val="203040"/>
                <w:sz w:val="14"/>
                <w:szCs w:val="14"/>
                <w:lang w:val="ru-RU"/>
              </w:rPr>
              <w:t>Состав: Крупа рисовая, Соль, Масло подсолнечное, Кукуруза консервированная, Перец сладкий свежий, Лук репчатый св.</w:t>
            </w:r>
          </w:p>
          <w:p w14:paraId="10B29E39" w14:textId="703BC59C" w:rsidR="00024F65" w:rsidRPr="00AB1BBE" w:rsidRDefault="008961CD" w:rsidP="008961C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961CD">
              <w:rPr>
                <w:color w:val="203040"/>
                <w:sz w:val="14"/>
                <w:szCs w:val="14"/>
                <w:lang w:val="ru-RU"/>
              </w:rPr>
              <w:t>Пищевая ценность: Белки - 4.5, Жиры - 15, Углеводы - 45.6, Калорийность - 335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CB7F7" w14:textId="0ACC3097" w:rsidR="00024F65" w:rsidRDefault="008961C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A362D6" w14:paraId="6EAAC74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E4D2E" w14:textId="3A13E3DE" w:rsidR="00EA5898" w:rsidRDefault="00D13E8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E5E44" w14:textId="77777777" w:rsidR="00D13E82" w:rsidRPr="00D13E82" w:rsidRDefault="00D13E82" w:rsidP="00D13E8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13E82">
              <w:rPr>
                <w:b/>
                <w:bCs/>
                <w:color w:val="203040"/>
                <w:sz w:val="24"/>
                <w:szCs w:val="24"/>
                <w:lang w:val="ru-RU"/>
              </w:rPr>
              <w:t>Рис припущенный</w:t>
            </w:r>
          </w:p>
          <w:p w14:paraId="3F8309F4" w14:textId="50307DE3" w:rsidR="00D13E82" w:rsidRPr="00D13E82" w:rsidRDefault="00D13E82" w:rsidP="00D13E82">
            <w:pPr>
              <w:rPr>
                <w:color w:val="203040"/>
                <w:sz w:val="14"/>
                <w:szCs w:val="14"/>
                <w:lang w:val="ru-RU"/>
              </w:rPr>
            </w:pPr>
            <w:r w:rsidRPr="00D13E82">
              <w:rPr>
                <w:color w:val="203040"/>
                <w:sz w:val="14"/>
                <w:szCs w:val="14"/>
                <w:lang w:val="ru-RU"/>
              </w:rPr>
              <w:t>Состав: Крупа рисовая, Соль, Масло сливочное</w:t>
            </w:r>
          </w:p>
          <w:p w14:paraId="69A1FAF6" w14:textId="2121B8C6" w:rsidR="007E4ECB" w:rsidRPr="00EA5898" w:rsidRDefault="00D13E82" w:rsidP="00D13E82">
            <w:pPr>
              <w:rPr>
                <w:color w:val="203040"/>
                <w:sz w:val="14"/>
                <w:szCs w:val="14"/>
                <w:lang w:val="ru-RU"/>
              </w:rPr>
            </w:pPr>
            <w:r w:rsidRPr="00D13E82">
              <w:rPr>
                <w:color w:val="203040"/>
                <w:sz w:val="14"/>
                <w:szCs w:val="14"/>
                <w:lang w:val="ru-RU"/>
              </w:rPr>
              <w:t>Пищевая ценность: Белки - 4.44, Жиры - 5.52, Углеводы - 46.2, Калорийность - 251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5AEAD" w14:textId="74F22EA0" w:rsidR="00EA5898" w:rsidRDefault="00D13E8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A362D6" w14:paraId="2BE5FE2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B39D2" w14:textId="3580292C" w:rsidR="00EA5898" w:rsidRDefault="001612BC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6C8F3" w14:textId="77777777" w:rsidR="0005116D" w:rsidRPr="0005116D" w:rsidRDefault="0005116D" w:rsidP="0005116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5116D">
              <w:rPr>
                <w:b/>
                <w:bCs/>
                <w:color w:val="203040"/>
                <w:sz w:val="24"/>
                <w:szCs w:val="24"/>
                <w:lang w:val="ru-RU"/>
              </w:rPr>
              <w:t>Рататуй</w:t>
            </w:r>
          </w:p>
          <w:p w14:paraId="5FE7CDFE" w14:textId="2D883481" w:rsidR="0005116D" w:rsidRPr="0005116D" w:rsidRDefault="0005116D" w:rsidP="0005116D">
            <w:pPr>
              <w:rPr>
                <w:color w:val="203040"/>
                <w:sz w:val="14"/>
                <w:szCs w:val="14"/>
                <w:lang w:val="ru-RU"/>
              </w:rPr>
            </w:pPr>
            <w:r w:rsidRPr="0005116D">
              <w:rPr>
                <w:color w:val="203040"/>
                <w:sz w:val="14"/>
                <w:szCs w:val="14"/>
                <w:lang w:val="ru-RU"/>
              </w:rPr>
              <w:t>Состав: Баклажаны свежие, Лук репчатый св., Кабачки свеж., Морковь, Помидоры свежие, Перец сладкий свежий, Масло подсолнечное, Соль, Петрушка свеж.</w:t>
            </w:r>
          </w:p>
          <w:p w14:paraId="4BD5F718" w14:textId="5AD6808F" w:rsidR="00EA5898" w:rsidRPr="00AB1BBE" w:rsidRDefault="0005116D" w:rsidP="0005116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5116D">
              <w:rPr>
                <w:color w:val="203040"/>
                <w:sz w:val="14"/>
                <w:szCs w:val="14"/>
                <w:lang w:val="ru-RU"/>
              </w:rPr>
              <w:t>Пищевая ценность: Белки - 2, Жиры - 7, Углеводы - 9.1, Калорийность - 160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52A55" w14:textId="636B8EDD" w:rsidR="00EA5898" w:rsidRDefault="001612BC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EA5898" w:rsidRPr="00A362D6" w14:paraId="1650E96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51BDB" w14:textId="1FB50F8E" w:rsidR="00EA5898" w:rsidRDefault="001612BC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D919A" w14:textId="77777777" w:rsidR="00C234FF" w:rsidRPr="00C234FF" w:rsidRDefault="00C234FF" w:rsidP="00C234F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234FF">
              <w:rPr>
                <w:b/>
                <w:bCs/>
                <w:color w:val="203040"/>
                <w:sz w:val="24"/>
                <w:szCs w:val="24"/>
                <w:lang w:val="ru-RU"/>
              </w:rPr>
              <w:t>Булгур припущенный</w:t>
            </w:r>
          </w:p>
          <w:p w14:paraId="0157AEF2" w14:textId="473D6B83" w:rsidR="00C234FF" w:rsidRPr="00C234FF" w:rsidRDefault="00C234FF" w:rsidP="00C234FF">
            <w:pPr>
              <w:rPr>
                <w:color w:val="203040"/>
                <w:sz w:val="14"/>
                <w:szCs w:val="14"/>
                <w:lang w:val="ru-RU"/>
              </w:rPr>
            </w:pPr>
            <w:r w:rsidRPr="00C234FF">
              <w:rPr>
                <w:color w:val="203040"/>
                <w:sz w:val="14"/>
                <w:szCs w:val="14"/>
                <w:lang w:val="ru-RU"/>
              </w:rPr>
              <w:t>Состав: Булгур, Соль, Масло сливочное</w:t>
            </w:r>
          </w:p>
          <w:p w14:paraId="291A5EAD" w14:textId="1BDF1FE8" w:rsidR="00EA5898" w:rsidRPr="007122D7" w:rsidRDefault="00C234FF" w:rsidP="00C234F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234FF">
              <w:rPr>
                <w:color w:val="203040"/>
                <w:sz w:val="14"/>
                <w:szCs w:val="14"/>
                <w:lang w:val="ru-RU"/>
              </w:rPr>
              <w:t>Пищевая ценность: Белки - 3.48, Жиры - 5.04, Углеводы - 25.8, Калорийность - 162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EDC93" w14:textId="2AD9C70F" w:rsidR="00EA5898" w:rsidRPr="00EA5898" w:rsidRDefault="000D08C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A362D6" w14:paraId="3128734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764A5" w14:textId="2382E84C" w:rsidR="00EA5898" w:rsidRPr="002501F7" w:rsidRDefault="000D08C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F383E" w14:textId="77777777" w:rsidR="000D08CB" w:rsidRPr="000D08CB" w:rsidRDefault="000D08CB" w:rsidP="000D08C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D08CB">
              <w:rPr>
                <w:b/>
                <w:bCs/>
                <w:color w:val="203040"/>
                <w:sz w:val="24"/>
                <w:szCs w:val="24"/>
                <w:lang w:val="ru-RU"/>
              </w:rPr>
              <w:t>Капуста свежая тушеная</w:t>
            </w:r>
          </w:p>
          <w:p w14:paraId="4CAD861A" w14:textId="7D0609D4" w:rsidR="000D08CB" w:rsidRPr="000D08CB" w:rsidRDefault="000D08CB" w:rsidP="000D08CB">
            <w:pPr>
              <w:rPr>
                <w:color w:val="203040"/>
                <w:sz w:val="14"/>
                <w:szCs w:val="1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Состав: Капуста Б/К, Кислота лимонная, Масло подсолнечное, Морков</w:t>
            </w:r>
            <w:r>
              <w:rPr>
                <w:color w:val="203040"/>
                <w:sz w:val="14"/>
                <w:szCs w:val="14"/>
                <w:lang w:val="ru-RU"/>
              </w:rPr>
              <w:t>ь</w:t>
            </w:r>
            <w:r w:rsidRPr="000D08CB">
              <w:rPr>
                <w:color w:val="203040"/>
                <w:sz w:val="14"/>
                <w:szCs w:val="14"/>
                <w:lang w:val="ru-RU"/>
              </w:rPr>
              <w:t>, Лук репчатый св., Томатная паста, Мука пшеничная, Сахарный песок, Лавровый лист, Соль</w:t>
            </w:r>
          </w:p>
          <w:p w14:paraId="517CDF50" w14:textId="37FE7CB8" w:rsidR="00EA5898" w:rsidRPr="007122D7" w:rsidRDefault="000D08CB" w:rsidP="000D08C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Пищевая ценность: Белки - 4.5, Жиры - 7.2, Углеводы - 23.8, Калорийность - 138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FE3F1" w14:textId="51807CA2" w:rsidR="00EA5898" w:rsidRDefault="000D08C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0D08CB" w:rsidRPr="00A362D6" w14:paraId="2404922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BEFAB" w14:textId="10EA9266" w:rsidR="000D08CB" w:rsidRPr="002501F7" w:rsidRDefault="000D08CB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CFF45" w14:textId="77777777" w:rsidR="000D08CB" w:rsidRPr="000D08CB" w:rsidRDefault="000D08CB" w:rsidP="000D08C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D08CB">
              <w:rPr>
                <w:b/>
                <w:bCs/>
                <w:color w:val="203040"/>
                <w:sz w:val="24"/>
                <w:szCs w:val="24"/>
                <w:lang w:val="ru-RU"/>
              </w:rPr>
              <w:t>Рагу овощное</w:t>
            </w:r>
          </w:p>
          <w:p w14:paraId="2DF9EECE" w14:textId="53EB4BF0" w:rsidR="000D08CB" w:rsidRPr="000D08CB" w:rsidRDefault="000D08CB" w:rsidP="000D08CB">
            <w:pPr>
              <w:rPr>
                <w:color w:val="203040"/>
                <w:sz w:val="14"/>
                <w:szCs w:val="1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Состав: Картофель, Капуста Б/К, Тыква, Масло сливочное, Соль, Мука пшеничная, Томатная паста, Морковь, Лук репчатый св., Сахарный песок, Масло подсолнечное</w:t>
            </w:r>
          </w:p>
          <w:p w14:paraId="5B0657D3" w14:textId="684B2EAC" w:rsidR="000D08CB" w:rsidRPr="007122D7" w:rsidRDefault="000D08CB" w:rsidP="000D08C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Пищевая ценность: Белки - 4.08, Жиры - 8.04, Углеводы - 15.72, Калорийность - 154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4184A" w14:textId="7590E98E" w:rsidR="000D08CB" w:rsidRDefault="000D08C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EA5898" w:rsidRPr="00A362D6" w14:paraId="141D191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A9B97" w14:textId="152A39D8" w:rsidR="00EA5898" w:rsidRDefault="00AF373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DC6FE" w14:textId="77777777" w:rsidR="000D08CB" w:rsidRPr="00DF58FA" w:rsidRDefault="000D08CB" w:rsidP="000D08C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F58FA">
              <w:rPr>
                <w:b/>
                <w:bCs/>
                <w:color w:val="203040"/>
                <w:sz w:val="24"/>
                <w:szCs w:val="24"/>
                <w:lang w:val="ru-RU"/>
              </w:rPr>
              <w:t>Хлеб ржано-пшеничный</w:t>
            </w:r>
          </w:p>
          <w:p w14:paraId="1C47D737" w14:textId="6097F78E" w:rsidR="000D08CB" w:rsidRPr="000D08CB" w:rsidRDefault="000D08CB" w:rsidP="000D08CB">
            <w:pPr>
              <w:rPr>
                <w:color w:val="203040"/>
                <w:sz w:val="14"/>
                <w:szCs w:val="1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Состав: Хлеб ржано-пшеничный</w:t>
            </w:r>
          </w:p>
          <w:p w14:paraId="188FF049" w14:textId="0B1823C3" w:rsidR="00EA5898" w:rsidRPr="007122D7" w:rsidRDefault="000D08CB" w:rsidP="000D08CB">
            <w:pPr>
              <w:rPr>
                <w:color w:val="203040"/>
                <w:sz w:val="14"/>
                <w:szCs w:val="14"/>
                <w:lang w:val="ru-RU"/>
              </w:rPr>
            </w:pPr>
            <w:r w:rsidRPr="000D08CB">
              <w:rPr>
                <w:color w:val="203040"/>
                <w:sz w:val="14"/>
                <w:szCs w:val="14"/>
                <w:lang w:val="ru-RU"/>
              </w:rPr>
              <w:t>Пищевая ценность: Белки - 2.2, Жиры - 0.4, Углеводы - 10.9, Калорийность - 56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1E0E2" w14:textId="2A7F30FA" w:rsidR="00EA5898" w:rsidRDefault="000D08CB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30 г</w:t>
            </w:r>
          </w:p>
        </w:tc>
      </w:tr>
      <w:tr w:rsidR="00D53C6E" w:rsidRPr="00D53C6E" w14:paraId="3F6713B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60A8D" w14:textId="5A164D3D" w:rsidR="00D53C6E" w:rsidRDefault="00D53C6E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09BCA" w14:textId="77777777" w:rsidR="00D53C6E" w:rsidRPr="00D53C6E" w:rsidRDefault="00D53C6E" w:rsidP="00D53C6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53C6E">
              <w:rPr>
                <w:b/>
                <w:bCs/>
                <w:color w:val="203040"/>
                <w:sz w:val="24"/>
                <w:szCs w:val="24"/>
                <w:lang w:val="ru-RU"/>
              </w:rPr>
              <w:t>Соус "Тар-тар"</w:t>
            </w:r>
          </w:p>
          <w:p w14:paraId="63A58632" w14:textId="421D6296" w:rsidR="00D53C6E" w:rsidRPr="00D53C6E" w:rsidRDefault="00D53C6E" w:rsidP="00D53C6E">
            <w:pPr>
              <w:rPr>
                <w:color w:val="203040"/>
                <w:sz w:val="14"/>
                <w:szCs w:val="14"/>
                <w:lang w:val="ru-RU"/>
              </w:rPr>
            </w:pPr>
            <w:r w:rsidRPr="00D53C6E">
              <w:rPr>
                <w:color w:val="203040"/>
                <w:sz w:val="14"/>
                <w:szCs w:val="14"/>
                <w:lang w:val="ru-RU"/>
              </w:rPr>
              <w:t xml:space="preserve">Состав: Соус на основе 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подсолнечного </w:t>
            </w:r>
            <w:r w:rsidRPr="00D53C6E">
              <w:rPr>
                <w:color w:val="203040"/>
                <w:sz w:val="14"/>
                <w:szCs w:val="14"/>
                <w:lang w:val="ru-RU"/>
              </w:rPr>
              <w:t>масла, Огурцы маринованные, Томатная паста</w:t>
            </w:r>
          </w:p>
          <w:p w14:paraId="67CF9558" w14:textId="601A28FE" w:rsidR="00D53C6E" w:rsidRPr="00DF58FA" w:rsidRDefault="00D53C6E" w:rsidP="00D53C6E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53C6E">
              <w:rPr>
                <w:color w:val="203040"/>
                <w:sz w:val="14"/>
                <w:szCs w:val="14"/>
                <w:lang w:val="ru-RU"/>
              </w:rPr>
              <w:t>Пищевая ценность: Белки - 1.11, Жиры - 24.5, Углеводы - 1.94, Калорийность - 234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12DCF" w14:textId="77712D61" w:rsidR="00D53C6E" w:rsidRDefault="00D53C6E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</w:tbl>
    <w:p w14:paraId="6672724C" w14:textId="4F97B888" w:rsidR="00EA5898" w:rsidRPr="00315AEE" w:rsidRDefault="00EA5898" w:rsidP="00645255">
      <w:pPr>
        <w:rPr>
          <w:b/>
          <w:color w:val="1F4E78"/>
          <w:sz w:val="6"/>
          <w:szCs w:val="2"/>
          <w:lang w:val="ru-RU"/>
        </w:rPr>
      </w:pPr>
    </w:p>
    <w:p w14:paraId="1DE3BFF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21B3ED2F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13E3130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912265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25F0DFFC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D3042EC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1319AE6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480FD32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F25EA5D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628DB537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1F6B7338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63C83ED1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993727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C6F665A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70F7E11D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1354873D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0463F07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B5CA958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34B7A65E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43581112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51E553CA" w14:textId="77777777" w:rsidR="00122132" w:rsidRDefault="00122132" w:rsidP="00645255">
      <w:pPr>
        <w:rPr>
          <w:b/>
          <w:color w:val="1F4E78"/>
          <w:sz w:val="28"/>
          <w:lang w:val="ru-RU"/>
        </w:rPr>
      </w:pPr>
    </w:p>
    <w:p w14:paraId="0A8F1AF7" w14:textId="2493B722" w:rsidR="00EA5898" w:rsidRDefault="00622626" w:rsidP="00645255">
      <w:pPr>
        <w:rPr>
          <w:b/>
          <w:color w:val="1F4E78"/>
          <w:sz w:val="28"/>
          <w:lang w:val="ru-RU"/>
        </w:rPr>
      </w:pPr>
      <w:r>
        <w:rPr>
          <w:b/>
          <w:color w:val="1F4E78"/>
          <w:sz w:val="28"/>
          <w:lang w:val="ru-RU"/>
        </w:rPr>
        <w:t>ВТОРЫЕ БЛЮДА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645255" w14:paraId="1B82E72C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D02C3" w14:textId="77777777" w:rsidR="00645255" w:rsidRPr="005E187D" w:rsidRDefault="00645255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FD67F" w14:textId="77777777" w:rsidR="00645255" w:rsidRPr="00AF7D4F" w:rsidRDefault="00645255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48FF1" w14:textId="77777777" w:rsidR="00645255" w:rsidRPr="00AF7D4F" w:rsidRDefault="00645255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645255" w14:paraId="03FFB97A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07EB3591" w14:textId="77777777" w:rsidR="00645255" w:rsidRPr="00AF7D4F" w:rsidRDefault="00645255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6572A017" w14:textId="77777777" w:rsidR="00645255" w:rsidRPr="00AF7D4F" w:rsidRDefault="00645255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797476D5" w14:textId="77777777" w:rsidR="00645255" w:rsidRPr="00AF7D4F" w:rsidRDefault="00645255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645255" w:rsidRPr="0067686B" w14:paraId="7B92669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269C" w14:textId="2A6B56B3" w:rsidR="00645255" w:rsidRPr="00C15079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3622F" w14:textId="305E72BF" w:rsidR="00AF49BD" w:rsidRPr="00AF49BD" w:rsidRDefault="00AF49BD" w:rsidP="00AF49B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F49BD">
              <w:rPr>
                <w:b/>
                <w:bCs/>
                <w:color w:val="203040"/>
                <w:sz w:val="24"/>
                <w:szCs w:val="24"/>
                <w:lang w:val="ru-RU"/>
              </w:rPr>
              <w:t>Бит</w:t>
            </w:r>
            <w:r w:rsidR="00407981">
              <w:rPr>
                <w:b/>
                <w:bCs/>
                <w:color w:val="203040"/>
                <w:sz w:val="24"/>
                <w:szCs w:val="24"/>
                <w:lang w:val="ru-RU"/>
              </w:rPr>
              <w:t>очки</w:t>
            </w:r>
            <w:r w:rsidRPr="00AF49BD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"Российские"</w:t>
            </w:r>
          </w:p>
          <w:p w14:paraId="5C1A8282" w14:textId="72015FA5" w:rsidR="00AF49BD" w:rsidRPr="00AF49BD" w:rsidRDefault="00AF49BD" w:rsidP="00AF49BD">
            <w:pPr>
              <w:rPr>
                <w:color w:val="203040"/>
                <w:sz w:val="14"/>
                <w:szCs w:val="14"/>
                <w:lang w:val="ru-RU"/>
              </w:rPr>
            </w:pPr>
            <w:r w:rsidRPr="00AF49BD">
              <w:rPr>
                <w:color w:val="203040"/>
                <w:sz w:val="14"/>
                <w:szCs w:val="14"/>
                <w:lang w:val="ru-RU"/>
              </w:rPr>
              <w:t>Состав: Говядина, Свинина, Яйцо столовое, Молоко, Лук репчатый св., Сметана, Мука пшеничная, Сухари панировочные, Масло сливочное</w:t>
            </w:r>
          </w:p>
          <w:p w14:paraId="324DF402" w14:textId="000DA27A" w:rsidR="00645255" w:rsidRPr="00C55E52" w:rsidRDefault="00AF49BD" w:rsidP="00AF49BD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AF49BD">
              <w:rPr>
                <w:color w:val="203040"/>
                <w:sz w:val="14"/>
                <w:szCs w:val="14"/>
                <w:lang w:val="ru-RU"/>
              </w:rPr>
              <w:t>Пищевая ценность: Белки - 18.6, Жиры - 38.4, Углеводы - 7.8, Калорийность - 458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6CF0F" w14:textId="4A64DDE8" w:rsidR="00645255" w:rsidRPr="00C15079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6AF842A6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67750" w14:textId="25D21A5B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6BF45" w14:textId="5CC893A0" w:rsidR="001A41B5" w:rsidRPr="00E84E5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84E5E">
              <w:rPr>
                <w:b/>
                <w:bCs/>
                <w:color w:val="203040"/>
                <w:sz w:val="24"/>
                <w:szCs w:val="24"/>
                <w:lang w:val="ru-RU"/>
              </w:rPr>
              <w:t>Биточки по-кишин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ё</w:t>
            </w:r>
            <w:r w:rsidRPr="00E84E5E">
              <w:rPr>
                <w:b/>
                <w:bCs/>
                <w:color w:val="203040"/>
                <w:sz w:val="24"/>
                <w:szCs w:val="24"/>
                <w:lang w:val="ru-RU"/>
              </w:rPr>
              <w:t>вски</w:t>
            </w:r>
          </w:p>
          <w:p w14:paraId="60346CB7" w14:textId="1088F908" w:rsidR="001A41B5" w:rsidRPr="00E84E5E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E84E5E">
              <w:rPr>
                <w:color w:val="203040"/>
                <w:sz w:val="14"/>
                <w:szCs w:val="14"/>
                <w:lang w:val="ru-RU"/>
              </w:rPr>
              <w:t>Состав: Свинина, Яйцо столовое, Молоко, Мука пшеничная, Соль, Масло подсолнечное</w:t>
            </w:r>
          </w:p>
          <w:p w14:paraId="091CB214" w14:textId="563BA097" w:rsidR="001A41B5" w:rsidRPr="00566C21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84E5E">
              <w:rPr>
                <w:color w:val="203040"/>
                <w:sz w:val="14"/>
                <w:szCs w:val="14"/>
                <w:lang w:val="ru-RU"/>
              </w:rPr>
              <w:t>Пищевая ценность: Белки - 19.8, Жиры - 31.9, Углеводы - 2.75, Калорийность - 125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8685B" w14:textId="61BD7A0E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BC063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7D1C1E12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1C11B" w14:textId="0762D785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F7192" w14:textId="77777777" w:rsidR="001A41B5" w:rsidRPr="008D431D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D431D">
              <w:rPr>
                <w:b/>
                <w:bCs/>
                <w:color w:val="203040"/>
                <w:sz w:val="24"/>
                <w:szCs w:val="24"/>
                <w:lang w:val="ru-RU"/>
              </w:rPr>
              <w:t>Биточки по-белорусски</w:t>
            </w:r>
          </w:p>
          <w:p w14:paraId="6F24BF42" w14:textId="06146916" w:rsidR="001A41B5" w:rsidRPr="008D431D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8D431D">
              <w:rPr>
                <w:color w:val="203040"/>
                <w:sz w:val="14"/>
                <w:szCs w:val="14"/>
                <w:lang w:val="ru-RU"/>
              </w:rPr>
              <w:t>Состав: Говядина, Лук репчатый св., Яйцо столовое, Соль, Масло подсолнечное</w:t>
            </w:r>
          </w:p>
          <w:p w14:paraId="31A3DB67" w14:textId="6FCA4348" w:rsidR="001A41B5" w:rsidRPr="00566C21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D431D">
              <w:rPr>
                <w:color w:val="203040"/>
                <w:sz w:val="14"/>
                <w:szCs w:val="14"/>
                <w:lang w:val="ru-RU"/>
              </w:rPr>
              <w:t>Пищевая ценность: Белки - 15.2, Жиры - 20, Углеводы - 10.2, Калорийность - 282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4CEBD" w14:textId="3D00684B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BC063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2EF299DD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A8AA8" w14:textId="4226F188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A5EBC" w14:textId="77777777" w:rsidR="001A41B5" w:rsidRPr="008D431D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D431D">
              <w:rPr>
                <w:b/>
                <w:bCs/>
                <w:color w:val="203040"/>
                <w:sz w:val="24"/>
                <w:szCs w:val="24"/>
                <w:lang w:val="ru-RU"/>
              </w:rPr>
              <w:t>Биточки рыбные</w:t>
            </w:r>
          </w:p>
          <w:p w14:paraId="2071361B" w14:textId="15FF5F9C" w:rsidR="001A41B5" w:rsidRPr="008D431D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8D431D">
              <w:rPr>
                <w:color w:val="203040"/>
                <w:sz w:val="14"/>
                <w:szCs w:val="14"/>
                <w:lang w:val="ru-RU"/>
              </w:rPr>
              <w:t>Состав: Минтай, Батон нарезной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8D431D">
              <w:rPr>
                <w:color w:val="203040"/>
                <w:sz w:val="14"/>
                <w:szCs w:val="14"/>
                <w:lang w:val="ru-RU"/>
              </w:rPr>
              <w:t xml:space="preserve"> Сухари панировочные, Соль, Масло подсолнечное</w:t>
            </w:r>
          </w:p>
          <w:p w14:paraId="11FC2B16" w14:textId="32355B30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D431D">
              <w:rPr>
                <w:color w:val="203040"/>
                <w:sz w:val="14"/>
                <w:szCs w:val="14"/>
                <w:lang w:val="ru-RU"/>
              </w:rPr>
              <w:t>Пищевая ценность: Белки - 6.5, Жиры - 6.3, Углеводы - 7.5, Калорийность - 113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D9AA6" w14:textId="53ADCCBA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BC063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08D5C22D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578AC" w14:textId="67F7EB97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D8444" w14:textId="77777777" w:rsidR="001A41B5" w:rsidRPr="00F825D6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b/>
                <w:bCs/>
                <w:color w:val="203040"/>
                <w:sz w:val="24"/>
                <w:szCs w:val="24"/>
                <w:lang w:val="ru-RU"/>
              </w:rPr>
              <w:t>Гуляш из говядины</w:t>
            </w:r>
          </w:p>
          <w:p w14:paraId="1BF83026" w14:textId="228D966C" w:rsidR="001A41B5" w:rsidRPr="00F825D6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Состав: Говядина, Масло подсолнечное, Лук репчатый св., Томатная паста, Мука пшеничная, Соль</w:t>
            </w:r>
          </w:p>
          <w:p w14:paraId="558875DE" w14:textId="1B5BD6A2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Пищевая ценность: Белки - 15.7, Жиры - 15.9, Углеводы - 3.1, Калорийность - 218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EBA16" w14:textId="4D93E059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BC063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3F0B6D02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6425B" w14:textId="3E78530B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0CC91" w14:textId="77777777" w:rsidR="001A41B5" w:rsidRPr="00F825D6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b/>
                <w:bCs/>
                <w:color w:val="203040"/>
                <w:sz w:val="24"/>
                <w:szCs w:val="24"/>
                <w:lang w:val="ru-RU"/>
              </w:rPr>
              <w:t>Голубцы ленивые</w:t>
            </w:r>
          </w:p>
          <w:p w14:paraId="5C44BCCD" w14:textId="6B25C3B8" w:rsidR="001A41B5" w:rsidRPr="00F825D6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 xml:space="preserve">Состав: Говядина, Капуста Б/К, Крупа рисовая, Лук репчатый св., Масло подсолнечное, Соль </w:t>
            </w:r>
          </w:p>
          <w:p w14:paraId="2CBC861C" w14:textId="7A19241C" w:rsidR="001A41B5" w:rsidRPr="00F825D6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Пищевая ценность: Белки - 20.2, Жиры - 22.2, Углеводы - 12.4, Калорийность - 336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1AD1F" w14:textId="0BDB2C42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</w:t>
            </w:r>
            <w:r w:rsidRPr="00BC0634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00 г</w:t>
            </w:r>
          </w:p>
        </w:tc>
      </w:tr>
      <w:tr w:rsidR="00E54FAD" w:rsidRPr="0067686B" w14:paraId="629469D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1AB09" w14:textId="6A2EE30B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68D5C" w14:textId="77777777" w:rsidR="00F825D6" w:rsidRPr="00F825D6" w:rsidRDefault="00F825D6" w:rsidP="00F825D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Котлета полтавская</w:t>
            </w:r>
          </w:p>
          <w:p w14:paraId="0809DAD7" w14:textId="4214AF2C" w:rsidR="00F825D6" w:rsidRPr="00F825D6" w:rsidRDefault="00F825D6" w:rsidP="00F825D6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Состав: Говядина, Свинина, Чеснок, Сухари панировочные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F825D6">
              <w:rPr>
                <w:color w:val="203040"/>
                <w:sz w:val="14"/>
                <w:szCs w:val="14"/>
                <w:lang w:val="ru-RU"/>
              </w:rPr>
              <w:t xml:space="preserve"> Соль, Масло подсолнечное</w:t>
            </w:r>
          </w:p>
          <w:p w14:paraId="21EB52C9" w14:textId="71A790BE" w:rsidR="00E54FAD" w:rsidRPr="00F825D6" w:rsidRDefault="00F825D6" w:rsidP="00F825D6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Пищевая ценность: Белки - 21.5, Жиры - 28.3, Углеводы - 8.5, Калорийность - 376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3ACAE" w14:textId="67462D44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7ACB8E5E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E87F8" w14:textId="437E2FA1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8C531" w14:textId="77777777" w:rsidR="001A41B5" w:rsidRPr="00F825D6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Котлета натуральная филе птицы (на шпажке)</w:t>
            </w:r>
          </w:p>
          <w:p w14:paraId="3931BC6C" w14:textId="3AEE2CA5" w:rsidR="001A41B5" w:rsidRPr="00F825D6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Состав: Филе грудки кур, Соль, Масло подсолнечное, Лук репчатый св., Петрушка свеж.</w:t>
            </w:r>
          </w:p>
          <w:p w14:paraId="2CA32DE1" w14:textId="5E338271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825D6">
              <w:rPr>
                <w:color w:val="203040"/>
                <w:sz w:val="14"/>
                <w:szCs w:val="14"/>
                <w:lang w:val="ru-RU"/>
              </w:rPr>
              <w:t>Пищевая ценность: Белки - 15, Жиры - 7.7, Углеводы - 10.7, Калорийность - 185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3E317" w14:textId="74BA0D48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38CFF723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1A202" w14:textId="4577DFDC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8203F" w14:textId="77777777" w:rsidR="001A41B5" w:rsidRPr="004B4872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B4872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Котлета особая</w:t>
            </w:r>
          </w:p>
          <w:p w14:paraId="60F9B872" w14:textId="30B50F3A" w:rsidR="001A41B5" w:rsidRPr="004B4872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Состав: Говядина, Свинина, Батон нарезной, Сухари панировочные, Масло подсолнечное</w:t>
            </w:r>
          </w:p>
          <w:p w14:paraId="1B511C4B" w14:textId="348F9E47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Пищевая ценность: Белки - 12.5, Жиры - 10.2, Углеводы - 32.6, Калорийность - 273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71C93" w14:textId="209C7B7E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0D4DE445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6E648" w14:textId="151F299D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42DCF" w14:textId="0E91CEA7" w:rsidR="001A41B5" w:rsidRPr="00CD6527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D6527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Котлеты по-хлыновски</w:t>
            </w:r>
          </w:p>
          <w:p w14:paraId="55BE12A6" w14:textId="6B8A6F0B" w:rsidR="001A41B5" w:rsidRPr="004B4872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Состав: Говядина, Свинина, Картофель, Лук репчатый св., Яйцо столовое, Сухари панировочные, Соль, Масло подсолнечное</w:t>
            </w:r>
          </w:p>
          <w:p w14:paraId="46E67FB7" w14:textId="77DE49D6" w:rsidR="001A41B5" w:rsidRPr="00EA5898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Пищевая ценность: Белки - 16.33, Жиры - 17.5, Углеводы - 8.5, Калорийность - 257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E79A8" w14:textId="2E3A5FD3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147E3545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AF46D" w14:textId="053BCF24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FDAA4" w14:textId="51BF7D14" w:rsidR="001A41B5" w:rsidRPr="00CD6527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D6527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Котлеты натуральные рубленые</w:t>
            </w:r>
          </w:p>
          <w:p w14:paraId="18538771" w14:textId="3F8F1ED1" w:rsidR="001A41B5" w:rsidRPr="004B4872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Состав: Говядина, Азу куриное, Лук репчатый св., Соль, Масло подсолнечное</w:t>
            </w:r>
          </w:p>
          <w:p w14:paraId="08CCB5FD" w14:textId="709E113D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Пищевая ценность: Белки - 19.8, Жиры - 21, Углеводы - 2.2, Калорийность - 277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E59F7" w14:textId="107AED55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7C01967D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EA602" w14:textId="46F5AFD1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9E54F" w14:textId="77777777" w:rsidR="001A41B5" w:rsidRPr="00CD6527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D6527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Котлеты пожарские</w:t>
            </w:r>
          </w:p>
          <w:p w14:paraId="5BFF0102" w14:textId="57340B98" w:rsidR="001A41B5" w:rsidRPr="004B4872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4B4872">
              <w:rPr>
                <w:color w:val="203040"/>
                <w:sz w:val="14"/>
                <w:szCs w:val="14"/>
                <w:lang w:val="ru-RU"/>
              </w:rPr>
              <w:t xml:space="preserve"> кур, Молоко, Масло сливочное, Соль, Батон нарезной, Масло подсолнечное</w:t>
            </w:r>
          </w:p>
          <w:p w14:paraId="37335CBD" w14:textId="02AD9BB7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Пищевая ценность: Белки - 16.9, Жиры - 10.9, Углеводы - 10.4, Калорийность - 240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99979" w14:textId="56EF9AE3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A41B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E54FAD" w:rsidRPr="0067686B" w14:paraId="72AA5D1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729F3" w14:textId="64A17E5A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5AD5B" w14:textId="77777777" w:rsidR="001B2E6F" w:rsidRPr="001B2E6F" w:rsidRDefault="001B2E6F" w:rsidP="001B2E6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B2E6F">
              <w:rPr>
                <w:b/>
                <w:bCs/>
                <w:color w:val="203040"/>
                <w:sz w:val="24"/>
                <w:szCs w:val="24"/>
                <w:lang w:val="ru-RU"/>
              </w:rPr>
              <w:t>Курица запеченная (крылышки)</w:t>
            </w:r>
          </w:p>
          <w:p w14:paraId="132844D1" w14:textId="5F70B996" w:rsidR="001B2E6F" w:rsidRPr="004B4872" w:rsidRDefault="001B2E6F" w:rsidP="001B2E6F">
            <w:pPr>
              <w:rPr>
                <w:color w:val="203040"/>
                <w:sz w:val="14"/>
                <w:szCs w:val="1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Состав: Куриное крыло, Сметана, Масло подсолнечное, Соль, Чеснок, Петрушка свеж.</w:t>
            </w:r>
          </w:p>
          <w:p w14:paraId="1C1148E3" w14:textId="028C92C7" w:rsidR="00E54FAD" w:rsidRPr="00AB1BBE" w:rsidRDefault="001B2E6F" w:rsidP="001B2E6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B4872">
              <w:rPr>
                <w:color w:val="203040"/>
                <w:sz w:val="14"/>
                <w:szCs w:val="14"/>
                <w:lang w:val="ru-RU"/>
              </w:rPr>
              <w:t>Пищевая ценность: Белки - 28.8, Жиры - 18.16, Углеводы - 1.05, Калорийность - 282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5FEBC" w14:textId="17775B6D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E54FAD" w:rsidRPr="0067686B" w14:paraId="79DCADD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14F2A" w14:textId="47E47A8E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926B8" w14:textId="77777777" w:rsidR="00C31C8A" w:rsidRPr="00C31C8A" w:rsidRDefault="00C31C8A" w:rsidP="00C31C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31C8A">
              <w:rPr>
                <w:b/>
                <w:bCs/>
                <w:color w:val="203040"/>
                <w:sz w:val="24"/>
                <w:szCs w:val="24"/>
                <w:lang w:val="ru-RU"/>
              </w:rPr>
              <w:t>Курица запеченная (ножки куриные)</w:t>
            </w:r>
          </w:p>
          <w:p w14:paraId="144F5223" w14:textId="727F5839" w:rsidR="00C31C8A" w:rsidRPr="00E54FAD" w:rsidRDefault="00C31C8A" w:rsidP="00C31C8A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Голень куриная, Сметана, Масло подсолнечное, Соль, Чеснок, Петрушка свеж.</w:t>
            </w:r>
          </w:p>
          <w:p w14:paraId="6F06A6A4" w14:textId="1A6880BD" w:rsidR="00E54FAD" w:rsidRPr="00AB1BBE" w:rsidRDefault="00C31C8A" w:rsidP="00C31C8A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- 28.8, Жиры - 18.16, Углеводы - 1.05, Калорийность - 282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3DE1B" w14:textId="0EF1AFE6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E54FAD" w:rsidRPr="0067686B" w14:paraId="7164759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4F615" w14:textId="667A4BB5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6C20B" w14:textId="77777777" w:rsidR="006F2C52" w:rsidRPr="006F2C52" w:rsidRDefault="006F2C52" w:rsidP="006F2C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6F2C52">
              <w:rPr>
                <w:b/>
                <w:bCs/>
                <w:color w:val="203040"/>
                <w:sz w:val="24"/>
                <w:szCs w:val="24"/>
                <w:lang w:val="ru-RU"/>
              </w:rPr>
              <w:t>Запеканка картофельная с мясом</w:t>
            </w:r>
          </w:p>
          <w:p w14:paraId="375EEC33" w14:textId="2DBD1244" w:rsidR="006F2C52" w:rsidRPr="00E54FAD" w:rsidRDefault="006F2C52" w:rsidP="006F2C52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Говядина, Картофель, Лук репчатый св., Масло подсолнечное, Сухари панировочные, Масло сливочное</w:t>
            </w:r>
          </w:p>
          <w:p w14:paraId="33613E4D" w14:textId="49728C84" w:rsidR="00E54FAD" w:rsidRPr="00AB1BBE" w:rsidRDefault="006F2C52" w:rsidP="006F2C5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- 19, Жиры - 25.7, Углеводы - 35.9, Калорийность - 451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FCC11" w14:textId="25ACE5A2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220 г</w:t>
            </w:r>
          </w:p>
        </w:tc>
      </w:tr>
      <w:tr w:rsidR="00E54FAD" w:rsidRPr="0067686B" w14:paraId="79E668B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F7A98" w14:textId="6FE30DAF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26337" w14:textId="77777777" w:rsidR="007D1FB3" w:rsidRPr="007D1FB3" w:rsidRDefault="007D1FB3" w:rsidP="007D1FB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7D1FB3">
              <w:rPr>
                <w:b/>
                <w:bCs/>
                <w:color w:val="203040"/>
                <w:sz w:val="24"/>
                <w:szCs w:val="24"/>
                <w:lang w:val="ru-RU"/>
              </w:rPr>
              <w:t>Говядина отварная</w:t>
            </w:r>
          </w:p>
          <w:p w14:paraId="24450CA7" w14:textId="5A4B3673" w:rsidR="007D1FB3" w:rsidRPr="00E54FAD" w:rsidRDefault="007D1FB3" w:rsidP="007D1FB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Говядина, Лук репчатый св., Морковь очищенная, Соль</w:t>
            </w:r>
          </w:p>
          <w:p w14:paraId="250EEC2B" w14:textId="1274B68B" w:rsidR="00E54FAD" w:rsidRPr="00AB1BBE" w:rsidRDefault="007D1FB3" w:rsidP="007D1FB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- 25, Жиры - 16.8, Углеводы - 0, Калорийность - 254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6E405" w14:textId="220E49EA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E54FAD" w:rsidRPr="0067686B" w14:paraId="6F1AE67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BE03E" w14:textId="1C5A640E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8BE03" w14:textId="77777777" w:rsidR="00454467" w:rsidRPr="00454467" w:rsidRDefault="00454467" w:rsidP="0045446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54467">
              <w:rPr>
                <w:b/>
                <w:bCs/>
                <w:color w:val="203040"/>
                <w:sz w:val="24"/>
                <w:szCs w:val="24"/>
                <w:lang w:val="ru-RU"/>
              </w:rPr>
              <w:t>Пельмени "Домашние" запечённые</w:t>
            </w:r>
          </w:p>
          <w:p w14:paraId="39BE6CDB" w14:textId="77777777" w:rsidR="00454467" w:rsidRPr="00E54FAD" w:rsidRDefault="00454467" w:rsidP="00454467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Пельмени, Масло подсолнечное</w:t>
            </w:r>
          </w:p>
          <w:p w14:paraId="54E660FF" w14:textId="403D5DC8" w:rsidR="00E54FAD" w:rsidRPr="00AB1BBE" w:rsidRDefault="00454467" w:rsidP="0045446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- 16.5, Жиры - 24, Углеводы - 10.95, Калорийность - 326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3F280" w14:textId="6B46D52E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E54FAD" w:rsidRPr="0067686B" w14:paraId="33F31C4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999B5" w14:textId="4CE2A4F0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104,00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69531" w14:textId="7CCDDCE2" w:rsidR="006B2258" w:rsidRPr="006B2258" w:rsidRDefault="006B2258" w:rsidP="006B225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6B2258">
              <w:rPr>
                <w:b/>
                <w:bCs/>
                <w:color w:val="203040"/>
                <w:sz w:val="24"/>
                <w:szCs w:val="24"/>
                <w:lang w:val="ru-RU"/>
              </w:rPr>
              <w:t>Пельмени "Домашние" отварные с маслом слив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.</w:t>
            </w:r>
          </w:p>
          <w:p w14:paraId="1B36411C" w14:textId="7DD92781" w:rsidR="006B2258" w:rsidRPr="00E54FAD" w:rsidRDefault="006B2258" w:rsidP="006B2258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Пельмени, Масло сливочное</w:t>
            </w:r>
          </w:p>
          <w:p w14:paraId="695AB375" w14:textId="009FD639" w:rsidR="00E54FAD" w:rsidRPr="00AB1BBE" w:rsidRDefault="006B2258" w:rsidP="006B2258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- 15.09, Жиры - 27.43, Углеводы - 20.57, Калорийность - 391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6F56" w14:textId="5416322E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160 г</w:t>
            </w:r>
          </w:p>
        </w:tc>
      </w:tr>
      <w:tr w:rsidR="00E54FAD" w:rsidRPr="0067686B" w14:paraId="12C603F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15239" w14:textId="5EACFDF5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D7959" w14:textId="18C2DB95" w:rsidR="0067686B" w:rsidRPr="0081006B" w:rsidRDefault="0067686B" w:rsidP="0067686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1006B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Плов из </w:t>
            </w:r>
            <w:r w:rsidR="0081006B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мяса </w:t>
            </w:r>
            <w:r w:rsidRPr="0081006B">
              <w:rPr>
                <w:b/>
                <w:bCs/>
                <w:color w:val="203040"/>
                <w:sz w:val="24"/>
                <w:szCs w:val="24"/>
                <w:lang w:val="ru-RU"/>
              </w:rPr>
              <w:t>птицы</w:t>
            </w:r>
          </w:p>
          <w:p w14:paraId="0CB54099" w14:textId="77777777" w:rsidR="0067686B" w:rsidRPr="00E54FAD" w:rsidRDefault="0067686B" w:rsidP="0067686B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Азу куриное, Масло сливочное 82,5%, Лук репчатый св., Морковь очищенная, Томатная паста, Крупа рисовая</w:t>
            </w:r>
          </w:p>
          <w:p w14:paraId="320C1A8B" w14:textId="6695BDCD" w:rsidR="00E54FAD" w:rsidRPr="00AB1BBE" w:rsidRDefault="0067686B" w:rsidP="0067686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- 25.9, Жиры - 22.8, Углеводы - 41.8, Калорийность - 353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30510" w14:textId="651C2E7F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  <w:tr w:rsidR="00E54FAD" w:rsidRPr="0067686B" w14:paraId="54ECEAAD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3DE32" w14:textId="37064ED3" w:rsidR="00E54FAD" w:rsidRDefault="001A41B5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7586A" w14:textId="77777777" w:rsidR="0067686B" w:rsidRPr="0081006B" w:rsidRDefault="0067686B" w:rsidP="0067686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1006B">
              <w:rPr>
                <w:b/>
                <w:bCs/>
                <w:color w:val="203040"/>
                <w:sz w:val="24"/>
                <w:szCs w:val="24"/>
                <w:lang w:val="ru-RU"/>
              </w:rPr>
              <w:t>Поджарка из свинины</w:t>
            </w:r>
          </w:p>
          <w:p w14:paraId="5917E174" w14:textId="011A0CF8" w:rsidR="0067686B" w:rsidRPr="00E54FAD" w:rsidRDefault="0067686B" w:rsidP="0067686B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Свинина, Лук репчатый св., Масло подсолнечное, Соль, Томатная паста</w:t>
            </w:r>
          </w:p>
          <w:p w14:paraId="30C00379" w14:textId="199F4D4C" w:rsidR="00E54FAD" w:rsidRPr="00AB1BBE" w:rsidRDefault="0067686B" w:rsidP="0067686B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- 24.8, Жиры - 13.1, Углеводы - 0.3, Калорийность - 234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21498" w14:textId="37C29259" w:rsidR="00E54FAD" w:rsidRDefault="001A41B5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4863719E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3D86D" w14:textId="0A516AEA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64267" w14:textId="7A9195A0" w:rsidR="001A41B5" w:rsidRPr="0081006B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81006B">
              <w:rPr>
                <w:b/>
                <w:bCs/>
                <w:color w:val="203040"/>
                <w:sz w:val="24"/>
                <w:szCs w:val="24"/>
                <w:lang w:val="ru-RU"/>
              </w:rPr>
              <w:t>Птица отварная</w:t>
            </w:r>
          </w:p>
          <w:p w14:paraId="0E6E516C" w14:textId="03584512" w:rsidR="001A41B5" w:rsidRPr="00E54FAD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 кур, Лук репчатый св.</w:t>
            </w:r>
          </w:p>
          <w:p w14:paraId="68C27E73" w14:textId="76010F3D" w:rsidR="001A41B5" w:rsidRPr="00AB1BBE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- 21.8, Жиры - 12.2, Углеводы - 0.8, Калорийность - 200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9EC1B" w14:textId="35B78A3E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84451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22019E11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E580E" w14:textId="0EFD1948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82D02" w14:textId="77777777" w:rsidR="001A41B5" w:rsidRPr="005E4B73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Кура </w:t>
            </w:r>
            <w:proofErr w:type="spellStart"/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по-столичному</w:t>
            </w:r>
            <w:proofErr w:type="spellEnd"/>
          </w:p>
          <w:p w14:paraId="66201C34" w14:textId="329F109A" w:rsidR="001A41B5" w:rsidRPr="0067686B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67686B">
              <w:rPr>
                <w:color w:val="203040"/>
                <w:sz w:val="14"/>
                <w:szCs w:val="14"/>
                <w:lang w:val="ru-RU"/>
              </w:rPr>
              <w:t xml:space="preserve"> кур, Батон нарезной, Яйцо столовое, Соль, Масло сливочное</w:t>
            </w:r>
          </w:p>
          <w:p w14:paraId="5B929F2D" w14:textId="78E6F059" w:rsidR="001A41B5" w:rsidRPr="007122D7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>Пищевая ценность: Белки - 18.8, Жиры - 20.8, Углеводы - 12.5, Калорийность - 319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166CD" w14:textId="5D3F47DC" w:rsidR="001A41B5" w:rsidRPr="00EA5898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84451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49EAFF5B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9B29D" w14:textId="06EB673B" w:rsidR="001A41B5" w:rsidRPr="002501F7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F7108" w14:textId="703F54E0" w:rsidR="001A41B5" w:rsidRPr="005E4B73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Рыба,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запеченная с помидорами</w:t>
            </w:r>
          </w:p>
          <w:p w14:paraId="55C00C8F" w14:textId="5D44730C" w:rsidR="001A41B5" w:rsidRPr="00E54FAD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Филе </w:t>
            </w:r>
            <w:r>
              <w:rPr>
                <w:color w:val="203040"/>
                <w:sz w:val="14"/>
                <w:szCs w:val="14"/>
                <w:lang w:val="ru-RU"/>
              </w:rPr>
              <w:t>рыбы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Помидоры свежие, Масло подсолнечное, Мука пшеничная, Томатная паста, Сахарный песок, Сыр, Масло сливочное</w:t>
            </w:r>
          </w:p>
          <w:p w14:paraId="764F2316" w14:textId="323682A9" w:rsidR="001A41B5" w:rsidRPr="007122D7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- 12.7, Жиры - 19.3, Углеводы - 2.2, Калорийность - 233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2079D" w14:textId="5FB4ACDE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84451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4FDD3947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3206C" w14:textId="7BC14B39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2FA16" w14:textId="439ABA29" w:rsidR="001A41B5" w:rsidRPr="005E4B73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Свинина,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запеченная с сыром</w:t>
            </w:r>
          </w:p>
          <w:p w14:paraId="7F00D0A4" w14:textId="58ECE87E" w:rsidR="001A41B5" w:rsidRPr="00E54FAD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Свинина, Лук репчатый св., Соль, Масло подсолнечное, </w:t>
            </w:r>
            <w:r w:rsidRPr="00566C21">
              <w:rPr>
                <w:color w:val="203040"/>
                <w:sz w:val="14"/>
                <w:szCs w:val="14"/>
                <w:lang w:val="ru-RU"/>
              </w:rPr>
              <w:t xml:space="preserve">Соус </w:t>
            </w:r>
            <w:r>
              <w:rPr>
                <w:color w:val="203040"/>
                <w:sz w:val="14"/>
                <w:szCs w:val="14"/>
                <w:lang w:val="ru-RU"/>
              </w:rPr>
              <w:t>на подсолнечном масле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Сыр, Помидоры свежие</w:t>
            </w:r>
          </w:p>
          <w:p w14:paraId="2560BC83" w14:textId="5B025CEF" w:rsidR="001A41B5" w:rsidRPr="007122D7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- 14.7, Жиры - 18.3, Углеводы - 14.8, Калорийность - 318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CC70F" w14:textId="3158BAB5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84451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1A41B5" w:rsidRPr="0067686B" w14:paraId="78DEA729" w14:textId="77777777" w:rsidTr="001A41B5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B46C9" w14:textId="47A73284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00F60" w14:textId="2488BCF6" w:rsidR="001A41B5" w:rsidRPr="005E4B73" w:rsidRDefault="001A41B5" w:rsidP="001A41B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Филе из кур в белках</w:t>
            </w:r>
          </w:p>
          <w:p w14:paraId="167A8096" w14:textId="3FF661EB" w:rsidR="001A41B5" w:rsidRPr="0067686B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>Состав: Филе грудки кур, Мука пшеничная, Яйцо столовое, Соль, Масло подсолнечное</w:t>
            </w:r>
          </w:p>
          <w:p w14:paraId="290CEF2F" w14:textId="74A3C27F" w:rsidR="001A41B5" w:rsidRPr="007122D7" w:rsidRDefault="001A41B5" w:rsidP="001A41B5">
            <w:pPr>
              <w:rPr>
                <w:color w:val="203040"/>
                <w:sz w:val="14"/>
                <w:szCs w:val="1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>Пищевая ценность: Белки - 28.8, Жиры - 28.3, Углеводы - 11.3, Калорийность - 417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0969B" w14:textId="33FF8779" w:rsidR="001A41B5" w:rsidRDefault="001A41B5" w:rsidP="001A41B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844515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5E4B73" w:rsidRPr="0067686B" w14:paraId="0D1CB21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FD93E" w14:textId="1C5441D2" w:rsidR="005E4B73" w:rsidRDefault="001A41B5" w:rsidP="005E4B7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97154" w14:textId="39037AD8" w:rsidR="005E4B73" w:rsidRPr="005E4B73" w:rsidRDefault="005E4B73" w:rsidP="005E4B7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Шницель из 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мяса </w:t>
            </w: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куры</w:t>
            </w:r>
          </w:p>
          <w:p w14:paraId="6D2D92A2" w14:textId="1694808F" w:rsidR="005E4B73" w:rsidRPr="0067686B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67686B">
              <w:rPr>
                <w:color w:val="203040"/>
                <w:sz w:val="14"/>
                <w:szCs w:val="14"/>
                <w:lang w:val="ru-RU"/>
              </w:rPr>
              <w:t xml:space="preserve"> кур, Яйцо столовое, Сухари панировочные, Соль, Масло подсолнечное</w:t>
            </w:r>
          </w:p>
          <w:p w14:paraId="35BF76B8" w14:textId="085F3901" w:rsidR="005E4B73" w:rsidRPr="007122D7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67686B">
              <w:rPr>
                <w:color w:val="203040"/>
                <w:sz w:val="14"/>
                <w:szCs w:val="14"/>
                <w:lang w:val="ru-RU"/>
              </w:rPr>
              <w:t>Пищевая ценность: Белки - 11.17, Жиры - 15.33, Углеводы - 11.89, Калорийность - 308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A3555" w14:textId="07575204" w:rsidR="005E4B73" w:rsidRDefault="001A41B5" w:rsidP="005E4B7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5E4B73" w:rsidRPr="0067686B" w14:paraId="60372F1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7A338" w14:textId="0E8E8997" w:rsidR="005E4B73" w:rsidRDefault="001A41B5" w:rsidP="005E4B7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AA16C" w14:textId="77777777" w:rsidR="005E4B73" w:rsidRPr="005E4B73" w:rsidRDefault="005E4B73" w:rsidP="005E4B7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Шницель из говядины натуральный рубленый</w:t>
            </w:r>
          </w:p>
          <w:p w14:paraId="40AF7FB4" w14:textId="516CD2F0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</w:t>
            </w:r>
            <w:r>
              <w:rPr>
                <w:color w:val="203040"/>
                <w:sz w:val="14"/>
                <w:szCs w:val="14"/>
                <w:lang w:val="ru-RU"/>
              </w:rPr>
              <w:t>а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Яйцо столовое, Сухари панировочные, Соль, Масло подсолнечное</w:t>
            </w:r>
          </w:p>
          <w:p w14:paraId="4B2D8777" w14:textId="27C30392" w:rsidR="005E4B73" w:rsidRPr="007122D7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- 19.8, Жиры - 23, Углеводы - 8.2, Калорийность - 322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2BE31" w14:textId="4A9B0ACD" w:rsidR="005E4B73" w:rsidRDefault="001A41B5" w:rsidP="005E4B7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5E4B73" w:rsidRPr="0067686B" w14:paraId="17ABCF8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6AEFE" w14:textId="33E03FB6" w:rsidR="005E4B73" w:rsidRDefault="001A41B5" w:rsidP="005E4B7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CB015" w14:textId="77777777" w:rsidR="005E4B73" w:rsidRPr="005E4B73" w:rsidRDefault="005E4B73" w:rsidP="005E4B7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Шницель свиной отбивной</w:t>
            </w:r>
          </w:p>
          <w:p w14:paraId="07AC10BD" w14:textId="4D692E4D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Свинина, Яйцо столовое, Сухари панировочные, Соль, Масло подсолнечное</w:t>
            </w:r>
          </w:p>
          <w:p w14:paraId="4144291B" w14:textId="5722274C" w:rsidR="005E4B73" w:rsidRPr="007122D7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- 15.1, Жиры - 14.5, Углеводы - 25.5, Калорийность - 303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9BAAF" w14:textId="616295F8" w:rsidR="005E4B73" w:rsidRDefault="001A41B5" w:rsidP="005E4B7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5E4B73" w:rsidRPr="0067686B" w14:paraId="21DDBEE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4A050" w14:textId="02CF72AA" w:rsidR="001A41B5" w:rsidRDefault="001A41B5" w:rsidP="001A41B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98AA8" w14:textId="77777777" w:rsidR="005E4B73" w:rsidRPr="005E4B73" w:rsidRDefault="005E4B73" w:rsidP="005E4B7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Мясо духовое</w:t>
            </w:r>
          </w:p>
          <w:p w14:paraId="1C393FBA" w14:textId="1ABB8AC1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Свинина, Масло подсолнечное, Картофель, Морковь, Лук репчатый св., Мука пшеничная, Соль</w:t>
            </w:r>
          </w:p>
          <w:p w14:paraId="2E96F5C7" w14:textId="27C6BFCB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- 16.7, Жиры - 17.5, Углеводы - 25.7, Калорийность - 265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FAF87" w14:textId="67170882" w:rsidR="005E4B73" w:rsidRDefault="001A41B5" w:rsidP="005E4B7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300 г</w:t>
            </w:r>
          </w:p>
        </w:tc>
      </w:tr>
      <w:tr w:rsidR="005E4B73" w:rsidRPr="0067686B" w14:paraId="16764AB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132F9" w14:textId="6C7B8609" w:rsidR="005E4B73" w:rsidRDefault="001A41B5" w:rsidP="005E4B7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4E06F" w14:textId="77777777" w:rsidR="005E4B73" w:rsidRPr="005E4B73" w:rsidRDefault="005E4B73" w:rsidP="005E4B7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E4B73">
              <w:rPr>
                <w:b/>
                <w:bCs/>
                <w:color w:val="203040"/>
                <w:sz w:val="24"/>
                <w:szCs w:val="24"/>
                <w:lang w:val="ru-RU"/>
              </w:rPr>
              <w:t>Свинина по-деревенски</w:t>
            </w:r>
          </w:p>
          <w:p w14:paraId="0F92C77C" w14:textId="53C62225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Свинина, Лук репчатый., Соль, Масло подсолнечное, Перец сладкий свежий, Помидоры свежие, Сметана, Сыр, Петрушка свеж.</w:t>
            </w:r>
          </w:p>
          <w:p w14:paraId="5C5D2431" w14:textId="7318BFBA" w:rsidR="005E4B73" w:rsidRPr="00E54FAD" w:rsidRDefault="005E4B73" w:rsidP="005E4B7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- 12.17, Жиры - 35.25, Углеводы - 2.75, Калорийность - 377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24C4E" w14:textId="4F1FAC2B" w:rsidR="005E4B73" w:rsidRDefault="001A41B5" w:rsidP="005E4B7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3B0143" w:rsidRPr="0067686B" w14:paraId="3A2C70B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E1EFC" w14:textId="6DDA3D29" w:rsidR="003B0143" w:rsidRDefault="00D02D12" w:rsidP="003B014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AC2D4" w14:textId="77777777" w:rsidR="003B0143" w:rsidRPr="003B0143" w:rsidRDefault="003B0143" w:rsidP="003B014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3B0143">
              <w:rPr>
                <w:b/>
                <w:bCs/>
                <w:color w:val="203040"/>
                <w:sz w:val="24"/>
                <w:szCs w:val="24"/>
                <w:lang w:val="ru-RU"/>
              </w:rPr>
              <w:t>Индейка, тушенная в соусе с овощами</w:t>
            </w:r>
          </w:p>
          <w:p w14:paraId="79211D92" w14:textId="06138084" w:rsidR="003B0143" w:rsidRPr="00E54FAD" w:rsidRDefault="003B0143" w:rsidP="003B014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мясо 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индейки, Картофель, Морковь, Горошек зеленый, Мука пшеничная, Масло подсолнечное, Лук репчатый св., Соль</w:t>
            </w:r>
          </w:p>
          <w:p w14:paraId="459779B8" w14:textId="35360937" w:rsidR="003B0143" w:rsidRPr="00E54FAD" w:rsidRDefault="003B0143" w:rsidP="003B014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- 24.9, Жиры - 22.7, Углеводы - 19.3, Калорийность - 381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56F51" w14:textId="26187559" w:rsidR="003B0143" w:rsidRDefault="00D02D12" w:rsidP="003B014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  <w:tr w:rsidR="003B0143" w:rsidRPr="0067686B" w14:paraId="3359791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CBA60" w14:textId="0F7BF8C7" w:rsidR="003B0143" w:rsidRDefault="00D02D12" w:rsidP="003B014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3CF02" w14:textId="7D6DA77F" w:rsidR="003B0143" w:rsidRPr="002C01ED" w:rsidRDefault="002C01ED" w:rsidP="003B014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>Овощи (помидоры и перец),</w:t>
            </w:r>
            <w:r w:rsidR="003B0143"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фаршированные мясом и рисом</w:t>
            </w:r>
          </w:p>
          <w:p w14:paraId="1F896C86" w14:textId="39ACD85E" w:rsidR="003B0143" w:rsidRPr="00E54FAD" w:rsidRDefault="003B0143" w:rsidP="003B014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Говядина, Помидоры свежие, Перец сладкий свежий, Крупа рисовая, Лук репчатый св., Масло подсолнечное, Сухари панировочны</w:t>
            </w:r>
            <w:r w:rsidR="002C01ED">
              <w:rPr>
                <w:color w:val="203040"/>
                <w:sz w:val="14"/>
                <w:szCs w:val="14"/>
                <w:lang w:val="ru-RU"/>
              </w:rPr>
              <w:t>е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Сметана, Мука пшеничная, Соль, Петрушка свеж.</w:t>
            </w:r>
          </w:p>
          <w:p w14:paraId="75B6E0EB" w14:textId="36F565D1" w:rsidR="003B0143" w:rsidRPr="00E54FAD" w:rsidRDefault="003B0143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- 18.8, Жиры - 17.8, Углеводы - 12.9, Калорийность - 287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F94BB" w14:textId="1BE1CC04" w:rsidR="003B0143" w:rsidRDefault="00D02D12" w:rsidP="003B014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245 г</w:t>
            </w:r>
          </w:p>
        </w:tc>
      </w:tr>
      <w:tr w:rsidR="003B0143" w:rsidRPr="0067686B" w14:paraId="4708250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63E52" w14:textId="01759BFC" w:rsidR="003B0143" w:rsidRDefault="00D02D12" w:rsidP="003B0143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19310" w14:textId="5417D5A9" w:rsidR="003B0143" w:rsidRPr="002C01ED" w:rsidRDefault="003B0143" w:rsidP="003B0143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>Фрикадельки из говядины,</w:t>
            </w:r>
            <w:r w:rsidR="002C01ED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>тушёные в соусе</w:t>
            </w:r>
          </w:p>
          <w:p w14:paraId="40ABA5DB" w14:textId="77777777" w:rsidR="002C01ED" w:rsidRDefault="003B0143" w:rsidP="003B0143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Говядина, Батон нарезной, Лук репчатый св., Масло подсолнечное, Мука пшеничная, Сметана, Соль</w:t>
            </w:r>
          </w:p>
          <w:p w14:paraId="5B118BA8" w14:textId="1406A71E" w:rsidR="003B0143" w:rsidRPr="00E54FAD" w:rsidRDefault="003B0143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- 16.6, Жиры - 21.3, Углеводы - 16.65, Калорийность - 323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78AE4" w14:textId="76DA05C4" w:rsidR="003B0143" w:rsidRDefault="00D02D12" w:rsidP="003B0143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2C01ED" w:rsidRPr="0067686B" w14:paraId="76B1421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82B30" w14:textId="2A13B4F3" w:rsidR="002C01ED" w:rsidRDefault="00D02D12" w:rsidP="002C01ED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181DC" w14:textId="6C6EF8F7" w:rsidR="002C01ED" w:rsidRPr="002C01ED" w:rsidRDefault="002C01ED" w:rsidP="002C01E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>Фрикадельки из птицы,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r w:rsidRPr="002C01ED">
              <w:rPr>
                <w:b/>
                <w:bCs/>
                <w:color w:val="203040"/>
                <w:sz w:val="24"/>
                <w:szCs w:val="24"/>
                <w:lang w:val="ru-RU"/>
              </w:rPr>
              <w:t>соус молочный</w:t>
            </w:r>
          </w:p>
          <w:p w14:paraId="62DE51EC" w14:textId="77777777" w:rsidR="00070E7D" w:rsidRDefault="002C01ED" w:rsidP="00070E7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>
              <w:rPr>
                <w:color w:val="203040"/>
                <w:sz w:val="14"/>
                <w:szCs w:val="14"/>
                <w:lang w:val="ru-RU"/>
              </w:rPr>
              <w:t>мясо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 кур, Батон нарезной, Молоко, Масло сливочное, Мука пшеничная, Сахарный песок, Соль </w:t>
            </w:r>
          </w:p>
          <w:p w14:paraId="16BD9560" w14:textId="6A7D4574" w:rsidR="002C01ED" w:rsidRPr="00E54FAD" w:rsidRDefault="002C01ED" w:rsidP="00070E7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- 5.66, Жиры - 6.87, Углеводы - 8.11, Калорийность - 110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83B8D" w14:textId="29B98DB5" w:rsidR="002C01ED" w:rsidRDefault="00D02D12" w:rsidP="002C01ED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2C01ED" w:rsidRPr="0067686B" w14:paraId="2468EA8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29E6C" w14:textId="33F13381" w:rsidR="002C01ED" w:rsidRDefault="00D02D12" w:rsidP="002C01ED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1D35A" w14:textId="59A099BB" w:rsidR="002C01ED" w:rsidRPr="00E01A60" w:rsidRDefault="002C01ED" w:rsidP="002C01E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1A60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Зразы картофельные с соусом </w:t>
            </w:r>
            <w:r w:rsidR="00070E7D" w:rsidRPr="00E01A60">
              <w:rPr>
                <w:b/>
                <w:bCs/>
                <w:color w:val="203040"/>
                <w:sz w:val="24"/>
                <w:szCs w:val="24"/>
                <w:lang w:val="ru-RU"/>
              </w:rPr>
              <w:t>сметано</w:t>
            </w:r>
            <w:r w:rsidRPr="00E01A60">
              <w:rPr>
                <w:b/>
                <w:bCs/>
                <w:color w:val="203040"/>
                <w:sz w:val="24"/>
                <w:szCs w:val="24"/>
                <w:lang w:val="ru-RU"/>
              </w:rPr>
              <w:t>-томатным</w:t>
            </w:r>
          </w:p>
          <w:p w14:paraId="3625E45C" w14:textId="4FC82B36" w:rsidR="002C01ED" w:rsidRPr="00E54FAD" w:rsidRDefault="002C01ED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Картофель, Лук репчатый св., Морковь, Масло сливочное, Сухари панировочные, Масло подсолнечное, Мука пшеничная, Сметана, Соль, Томатная паста</w:t>
            </w:r>
          </w:p>
          <w:p w14:paraId="5BC442B7" w14:textId="66B66DE5" w:rsidR="002C01ED" w:rsidRPr="00E54FAD" w:rsidRDefault="002C01ED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- 10.8, Жиры - 15.6, Углеводы - 41.2, Калорийность - 348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04A23" w14:textId="1C8E6315" w:rsidR="002C01ED" w:rsidRDefault="00D02D12" w:rsidP="002C01ED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  <w:tr w:rsidR="002C01ED" w:rsidRPr="0067686B" w14:paraId="7523F5C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9C6EE" w14:textId="092934C6" w:rsidR="002C01ED" w:rsidRDefault="00D02D12" w:rsidP="002C01ED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2C72D" w14:textId="1961AB4A" w:rsidR="002C01ED" w:rsidRPr="00E6647A" w:rsidRDefault="00E6647A" w:rsidP="002C01E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>Г</w:t>
            </w:r>
            <w:r w:rsidR="002C01ED" w:rsidRPr="00E6647A">
              <w:rPr>
                <w:b/>
                <w:bCs/>
                <w:color w:val="203040"/>
                <w:sz w:val="24"/>
                <w:szCs w:val="24"/>
                <w:lang w:val="ru-RU"/>
              </w:rPr>
              <w:t>овядина рубленная запеченная "Нежная"</w:t>
            </w:r>
          </w:p>
          <w:p w14:paraId="22BFF326" w14:textId="3204EE09" w:rsidR="002C01ED" w:rsidRPr="00E54FAD" w:rsidRDefault="002C01ED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Говядина, Масло сливочное, Соль, Яйцо столовое, Лук репчатый св., Морковь, Масло подсолнечное, Огурцы соленые, Сметана, </w:t>
            </w:r>
            <w:r w:rsidR="00E6647A" w:rsidRPr="00E54FAD">
              <w:rPr>
                <w:color w:val="203040"/>
                <w:sz w:val="14"/>
                <w:szCs w:val="14"/>
                <w:lang w:val="ru-RU"/>
              </w:rPr>
              <w:t>Кукуруза консервированная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Сыр</w:t>
            </w:r>
          </w:p>
          <w:p w14:paraId="745197C3" w14:textId="3443D10E" w:rsidR="002C01ED" w:rsidRPr="00E54FAD" w:rsidRDefault="002C01ED" w:rsidP="00E6647A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- 12.9, Жиры - 13.1, Углеводы - 25.6, Калорийность - 280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804FA" w14:textId="2D18F214" w:rsidR="002C01ED" w:rsidRDefault="00D02D12" w:rsidP="002C01ED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120 г</w:t>
            </w:r>
          </w:p>
        </w:tc>
      </w:tr>
      <w:tr w:rsidR="002C01ED" w:rsidRPr="0067686B" w14:paraId="560557B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A044D" w14:textId="6CEAB9AF" w:rsidR="002C01ED" w:rsidRDefault="00D02D12" w:rsidP="002C01ED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90,00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E7845" w14:textId="77777777" w:rsidR="002C01ED" w:rsidRPr="00CF7145" w:rsidRDefault="002C01ED" w:rsidP="002C01E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F7145">
              <w:rPr>
                <w:b/>
                <w:bCs/>
                <w:color w:val="203040"/>
                <w:sz w:val="24"/>
                <w:szCs w:val="24"/>
                <w:lang w:val="ru-RU"/>
              </w:rPr>
              <w:t>Зразы рубленые из кур с омлетом и овощами</w:t>
            </w:r>
          </w:p>
          <w:p w14:paraId="2C78E6BA" w14:textId="095DA177" w:rsidR="002C01ED" w:rsidRPr="00E54FAD" w:rsidRDefault="002C01ED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</w:t>
            </w:r>
            <w:r w:rsidR="00CF7145">
              <w:rPr>
                <w:color w:val="203040"/>
                <w:sz w:val="14"/>
                <w:szCs w:val="14"/>
                <w:lang w:val="ru-RU"/>
              </w:rPr>
              <w:t>мясо кур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, Батон нарезной, Молоко, Яйцо столовое, Масло сливочное, Морковь очищенная, Кабачки свеж., Соль</w:t>
            </w:r>
          </w:p>
          <w:p w14:paraId="52A3F2C9" w14:textId="68081584" w:rsidR="002C01ED" w:rsidRPr="00E54FAD" w:rsidRDefault="002C01ED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- 15.1, Жиры - 12.2, Углеводы - 36.3, Калорийность - 278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5E9C0" w14:textId="3D24B413" w:rsidR="002C01ED" w:rsidRDefault="00D02D12" w:rsidP="002C01ED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2C01ED" w:rsidRPr="0067686B" w14:paraId="2069367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225B3" w14:textId="5E7C64AE" w:rsidR="002C01ED" w:rsidRDefault="00D02D12" w:rsidP="002C01ED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11362" w14:textId="77777777" w:rsidR="002C01ED" w:rsidRPr="00CF7145" w:rsidRDefault="002C01ED" w:rsidP="002C01E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F7145">
              <w:rPr>
                <w:b/>
                <w:bCs/>
                <w:color w:val="203040"/>
                <w:sz w:val="24"/>
                <w:szCs w:val="24"/>
                <w:lang w:val="ru-RU"/>
              </w:rPr>
              <w:t>Бефстроганов</w:t>
            </w:r>
          </w:p>
          <w:p w14:paraId="17A182BA" w14:textId="40EDEECB" w:rsidR="002C01ED" w:rsidRPr="00CF7145" w:rsidRDefault="002C01ED" w:rsidP="002C01ED">
            <w:pPr>
              <w:rPr>
                <w:color w:val="203040"/>
                <w:sz w:val="14"/>
                <w:szCs w:val="14"/>
                <w:lang w:val="ru-RU"/>
              </w:rPr>
            </w:pPr>
            <w:r w:rsidRPr="00CF7145">
              <w:rPr>
                <w:color w:val="203040"/>
                <w:sz w:val="14"/>
                <w:szCs w:val="14"/>
                <w:lang w:val="ru-RU"/>
              </w:rPr>
              <w:t>Состав: Говядина, Масло подсолнечное, Лук репчатый св., Сметана, Мука пшеничная</w:t>
            </w:r>
          </w:p>
          <w:p w14:paraId="3B6D1C4B" w14:textId="02EEBFDC" w:rsidR="002C01ED" w:rsidRPr="00CF7145" w:rsidRDefault="002C01ED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CF7145">
              <w:rPr>
                <w:color w:val="203040"/>
                <w:sz w:val="14"/>
                <w:szCs w:val="14"/>
                <w:lang w:val="ru-RU"/>
              </w:rPr>
              <w:t>Пищевая ценность: Белки - 17.4, Жиры - 12.3, Углеводы - 5.2, Калорийность - 207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34209" w14:textId="1AEC2C6F" w:rsidR="002C01ED" w:rsidRDefault="00D02D12" w:rsidP="002C01ED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CF7145" w:rsidRPr="0067686B" w14:paraId="75674F7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BACAD" w14:textId="347A3CC6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A5E04" w14:textId="77777777" w:rsidR="00CF7145" w:rsidRPr="00AB793E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B793E">
              <w:rPr>
                <w:b/>
                <w:bCs/>
                <w:color w:val="203040"/>
                <w:sz w:val="24"/>
                <w:szCs w:val="24"/>
                <w:lang w:val="ru-RU"/>
              </w:rPr>
              <w:t>Тефтельки с яйцом с соусом сметанным</w:t>
            </w:r>
          </w:p>
          <w:p w14:paraId="4285A056" w14:textId="1860DF0C" w:rsidR="00CF7145" w:rsidRPr="00AB793E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AB793E">
              <w:rPr>
                <w:color w:val="203040"/>
                <w:sz w:val="14"/>
                <w:szCs w:val="14"/>
                <w:lang w:val="ru-RU"/>
              </w:rPr>
              <w:t>Состав: Говядин</w:t>
            </w:r>
            <w:r w:rsidR="00AB793E">
              <w:rPr>
                <w:color w:val="203040"/>
                <w:sz w:val="14"/>
                <w:szCs w:val="14"/>
                <w:lang w:val="ru-RU"/>
              </w:rPr>
              <w:t>а</w:t>
            </w:r>
            <w:r w:rsidRPr="00AB793E">
              <w:rPr>
                <w:color w:val="203040"/>
                <w:sz w:val="14"/>
                <w:szCs w:val="14"/>
                <w:lang w:val="ru-RU"/>
              </w:rPr>
              <w:t>, Лук репчатый св., Масло подсолнечное, Укроп свежий, Яйцо столовое, Мука пшеничная, Сметана, Соль</w:t>
            </w:r>
          </w:p>
          <w:p w14:paraId="7AFC5830" w14:textId="1B64D7C4" w:rsidR="00CF7145" w:rsidRPr="00AB793E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AB793E">
              <w:rPr>
                <w:color w:val="203040"/>
                <w:sz w:val="14"/>
                <w:szCs w:val="14"/>
                <w:lang w:val="ru-RU"/>
              </w:rPr>
              <w:t>Пищевая ценность: Белки - 11.3, Жиры - 13.5, Углеводы - 26.8, Калорийность - 271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026A5" w14:textId="6A4FBCD1" w:rsidR="00CF7145" w:rsidRDefault="00D02D12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120 г</w:t>
            </w:r>
          </w:p>
        </w:tc>
      </w:tr>
      <w:tr w:rsidR="00CF7145" w:rsidRPr="0067686B" w14:paraId="7A5228B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1A6E3" w14:textId="40A648C4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6297D" w14:textId="2106252C" w:rsidR="00CF7145" w:rsidRPr="00AB793E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B793E">
              <w:rPr>
                <w:b/>
                <w:bCs/>
                <w:color w:val="203040"/>
                <w:sz w:val="24"/>
                <w:szCs w:val="24"/>
                <w:lang w:val="ru-RU"/>
              </w:rPr>
              <w:t>Свинина по-французски</w:t>
            </w:r>
          </w:p>
          <w:p w14:paraId="15624521" w14:textId="700E8596" w:rsidR="00CF7145" w:rsidRPr="00AB793E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AB793E">
              <w:rPr>
                <w:color w:val="203040"/>
                <w:sz w:val="14"/>
                <w:szCs w:val="14"/>
                <w:lang w:val="ru-RU"/>
              </w:rPr>
              <w:t xml:space="preserve">Состав: Свинина, Лук репчатый., Соль, Масло подсолнечное, Соус на основе </w:t>
            </w:r>
            <w:r w:rsidR="00AB793E">
              <w:rPr>
                <w:color w:val="203040"/>
                <w:sz w:val="14"/>
                <w:szCs w:val="14"/>
                <w:lang w:val="ru-RU"/>
              </w:rPr>
              <w:t>подсолн</w:t>
            </w:r>
            <w:r w:rsidR="00B6513D">
              <w:rPr>
                <w:color w:val="203040"/>
                <w:sz w:val="14"/>
                <w:szCs w:val="14"/>
                <w:lang w:val="ru-RU"/>
              </w:rPr>
              <w:t>ечного</w:t>
            </w:r>
            <w:r w:rsidR="00AB793E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Pr="00AB793E">
              <w:rPr>
                <w:color w:val="203040"/>
                <w:sz w:val="14"/>
                <w:szCs w:val="14"/>
                <w:lang w:val="ru-RU"/>
              </w:rPr>
              <w:t>масла, Сыр</w:t>
            </w:r>
          </w:p>
          <w:p w14:paraId="184C0DBC" w14:textId="7602B69C" w:rsidR="00CF7145" w:rsidRPr="00AB793E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AB793E">
              <w:rPr>
                <w:color w:val="203040"/>
                <w:sz w:val="14"/>
                <w:szCs w:val="14"/>
                <w:lang w:val="ru-RU"/>
              </w:rPr>
              <w:t>Пищевая ценность: Белки - 17.13, Жиры - 49.75, Углеводы - 3.88, Калорийность - 532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7B2C6" w14:textId="484ECF4B" w:rsidR="00CF7145" w:rsidRDefault="00D02D12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CF7145" w:rsidRPr="0067686B" w14:paraId="7459190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9A653" w14:textId="3150502F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80,00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484A4" w14:textId="77777777" w:rsidR="00CF7145" w:rsidRPr="00B6513D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B6513D">
              <w:rPr>
                <w:b/>
                <w:bCs/>
                <w:color w:val="203040"/>
                <w:sz w:val="24"/>
                <w:szCs w:val="24"/>
                <w:lang w:val="ru-RU"/>
              </w:rPr>
              <w:t>Зразы картофельные с луком и яйцом, с маслом сливочным</w:t>
            </w:r>
          </w:p>
          <w:p w14:paraId="51017F17" w14:textId="25079349" w:rsidR="00CF7145" w:rsidRPr="00B6513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B6513D">
              <w:rPr>
                <w:color w:val="203040"/>
                <w:sz w:val="14"/>
                <w:szCs w:val="14"/>
                <w:lang w:val="ru-RU"/>
              </w:rPr>
              <w:t>Состав: Картофель, Соль, Лук репчатый св., Яйцо столовое, Мука пшеничная, Масло подсолнечное, Масло сливочное</w:t>
            </w:r>
          </w:p>
          <w:p w14:paraId="481E9991" w14:textId="41756455" w:rsidR="00CF7145" w:rsidRPr="00B6513D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B6513D">
              <w:rPr>
                <w:color w:val="203040"/>
                <w:sz w:val="14"/>
                <w:szCs w:val="14"/>
                <w:lang w:val="ru-RU"/>
              </w:rPr>
              <w:t>Пищевая ценность: Белки - 12.29, Жиры - 24.56, Углеводы - 46.08, Калорийность - 456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61A3A" w14:textId="559DB061" w:rsidR="00CF7145" w:rsidRDefault="00D02D12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  <w:tr w:rsidR="00CF7145" w:rsidRPr="0067686B" w14:paraId="783E6D2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137D2" w14:textId="094607A3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6D596" w14:textId="7CCF011E" w:rsidR="00CF7145" w:rsidRPr="00B6513D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B6513D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Паста "Школьная" </w:t>
            </w:r>
            <w:r w:rsidR="00B6513D">
              <w:rPr>
                <w:b/>
                <w:bCs/>
                <w:color w:val="203040"/>
                <w:sz w:val="24"/>
                <w:szCs w:val="24"/>
                <w:lang w:val="ru-RU"/>
              </w:rPr>
              <w:br/>
            </w:r>
            <w:r w:rsidRPr="00B6513D">
              <w:rPr>
                <w:b/>
                <w:bCs/>
                <w:color w:val="203040"/>
                <w:sz w:val="24"/>
                <w:szCs w:val="24"/>
                <w:lang w:val="ru-RU"/>
              </w:rPr>
              <w:t>с овощами и фрикадельками из кур</w:t>
            </w:r>
          </w:p>
          <w:p w14:paraId="265238C8" w14:textId="662AA288" w:rsidR="00B6513D" w:rsidRDefault="00CF7145" w:rsidP="00B6513D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Макаронные изделия., Масло сливочное, Перец сладкий свежий, Помидоры свежие, Мука </w:t>
            </w:r>
            <w:r w:rsidRPr="00E6647A">
              <w:rPr>
                <w:color w:val="203040"/>
                <w:sz w:val="14"/>
                <w:szCs w:val="14"/>
                <w:lang w:val="ru-RU"/>
              </w:rPr>
              <w:t>пшеничная, Морковь, Лук репчатый св., Томатная паста, Масло подсолнечное, Соль, Сахарный песок, Мука пшеничная</w:t>
            </w:r>
          </w:p>
          <w:p w14:paraId="2A6741E4" w14:textId="72579DEB" w:rsidR="00CF7145" w:rsidRPr="00E54FAD" w:rsidRDefault="00CF7145" w:rsidP="00B6513D">
            <w:pPr>
              <w:rPr>
                <w:color w:val="203040"/>
                <w:sz w:val="14"/>
                <w:szCs w:val="14"/>
                <w:lang w:val="ru-RU"/>
              </w:rPr>
            </w:pPr>
            <w:r w:rsidRPr="00E6647A">
              <w:rPr>
                <w:color w:val="203040"/>
                <w:sz w:val="14"/>
                <w:szCs w:val="14"/>
                <w:lang w:val="ru-RU"/>
              </w:rPr>
              <w:t>Пищевая ценность: Белки – 19,4, Жиры – 22,7, Углеводы – 41,26, Калорийность – 449,9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7900F" w14:textId="7AD0B85E" w:rsidR="00CF7145" w:rsidRDefault="00D02D12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295 г</w:t>
            </w:r>
          </w:p>
        </w:tc>
      </w:tr>
      <w:tr w:rsidR="00CF7145" w:rsidRPr="0067686B" w14:paraId="5B1D9D1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F86D5" w14:textId="57D1D879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73804" w14:textId="77777777" w:rsidR="00CF7145" w:rsidRPr="00B6513D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B6513D">
              <w:rPr>
                <w:b/>
                <w:bCs/>
                <w:color w:val="203040"/>
                <w:sz w:val="24"/>
                <w:szCs w:val="24"/>
                <w:lang w:val="ru-RU"/>
              </w:rPr>
              <w:t>Шницель из капусты, фаршированный говядиной с соусом белым</w:t>
            </w:r>
          </w:p>
          <w:p w14:paraId="78CCB902" w14:textId="390370A3" w:rsidR="00CF7145" w:rsidRPr="00B6513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B6513D">
              <w:rPr>
                <w:color w:val="203040"/>
                <w:sz w:val="14"/>
                <w:szCs w:val="14"/>
                <w:lang w:val="ru-RU"/>
              </w:rPr>
              <w:t xml:space="preserve">Состав: Капуста </w:t>
            </w:r>
            <w:r w:rsidR="00B6513D">
              <w:rPr>
                <w:color w:val="203040"/>
                <w:sz w:val="14"/>
                <w:szCs w:val="14"/>
                <w:lang w:val="ru-RU"/>
              </w:rPr>
              <w:t>белокочанная</w:t>
            </w:r>
            <w:r w:rsidRPr="00B6513D">
              <w:rPr>
                <w:color w:val="203040"/>
                <w:sz w:val="14"/>
                <w:szCs w:val="14"/>
                <w:lang w:val="ru-RU"/>
              </w:rPr>
              <w:t>, Говядина, Сыр, Яйцо столовое, Сухари панировочные, Мука пшеничная, Масло подсолнечное, Лук репчатый св., Петрушка (корень), Соль</w:t>
            </w:r>
          </w:p>
          <w:p w14:paraId="39145C71" w14:textId="60E26D79" w:rsidR="00CF7145" w:rsidRPr="00B6513D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B6513D">
              <w:rPr>
                <w:color w:val="203040"/>
                <w:sz w:val="14"/>
                <w:szCs w:val="14"/>
                <w:lang w:val="ru-RU"/>
              </w:rPr>
              <w:t>Пищевая ценность: Белки - 16.6, Жиры - 29.5, Углеводы - 29.82, Калорийность - 450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B2454" w14:textId="16919FFE" w:rsidR="00CF7145" w:rsidRDefault="00D02D12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230 г</w:t>
            </w:r>
          </w:p>
        </w:tc>
      </w:tr>
      <w:tr w:rsidR="00CF7145" w:rsidRPr="0067686B" w14:paraId="2FE399C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FFE0E" w14:textId="13037DBF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E9C96" w14:textId="46F30DC8" w:rsidR="00CF7145" w:rsidRPr="006D5ACE" w:rsidRDefault="006D5ACE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6D5ACE">
              <w:rPr>
                <w:b/>
                <w:bCs/>
                <w:color w:val="203040"/>
                <w:sz w:val="24"/>
                <w:szCs w:val="24"/>
                <w:lang w:val="ru-RU"/>
              </w:rPr>
              <w:t>Перец,</w:t>
            </w:r>
            <w:r w:rsidR="00CF7145" w:rsidRPr="006D5ACE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фаршированный мясом и рисом</w:t>
            </w:r>
          </w:p>
          <w:p w14:paraId="1F1A1A55" w14:textId="7AD774C0" w:rsidR="00CF7145" w:rsidRPr="00E54FA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Состав: Говядина, Перец сладкий свежий, Крупа рисовая, Лук репчатый св., Масло подсолнечное, Масло сливочное, Молоко, Мука пшеничная, Соль</w:t>
            </w:r>
          </w:p>
          <w:p w14:paraId="5862273E" w14:textId="477101AD" w:rsidR="00CF7145" w:rsidRPr="00E54FA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- 16.2, Жиры - 17.2, Углеводы - 14.1, Калорийность - 287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84C4A" w14:textId="258E5A0F" w:rsidR="00CF7145" w:rsidRDefault="00721A6D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  <w:tr w:rsidR="00CF7145" w:rsidRPr="0067686B" w14:paraId="13AB031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E9060" w14:textId="4C73E639" w:rsidR="00CF7145" w:rsidRDefault="00D02D12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A18AC" w14:textId="77777777" w:rsidR="00CF7145" w:rsidRPr="006D5ACE" w:rsidRDefault="00CF7145" w:rsidP="00CF714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6D5ACE">
              <w:rPr>
                <w:b/>
                <w:bCs/>
                <w:color w:val="203040"/>
                <w:sz w:val="24"/>
                <w:szCs w:val="24"/>
                <w:lang w:val="ru-RU"/>
              </w:rPr>
              <w:t>Филе форели припущенное, соус "Тар-тар"</w:t>
            </w:r>
          </w:p>
          <w:p w14:paraId="7C715B9E" w14:textId="7ED16435" w:rsidR="00CF7145" w:rsidRPr="00E54FA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 xml:space="preserve">Состав: Филе форели, Соль, Лук репчатый св., Морковь, Соус на основе </w:t>
            </w:r>
            <w:r w:rsidR="006D5ACE">
              <w:rPr>
                <w:color w:val="203040"/>
                <w:sz w:val="14"/>
                <w:szCs w:val="14"/>
                <w:lang w:val="ru-RU"/>
              </w:rPr>
              <w:t xml:space="preserve">подсолнечного </w:t>
            </w:r>
            <w:r w:rsidRPr="00E54FAD">
              <w:rPr>
                <w:color w:val="203040"/>
                <w:sz w:val="14"/>
                <w:szCs w:val="14"/>
                <w:lang w:val="ru-RU"/>
              </w:rPr>
              <w:t>масла, Огурцы соленые, Петрушка свеж.</w:t>
            </w:r>
          </w:p>
          <w:p w14:paraId="7D45981A" w14:textId="23D4B423" w:rsidR="00CF7145" w:rsidRPr="00E54FAD" w:rsidRDefault="00CF7145" w:rsidP="00CF7145">
            <w:pPr>
              <w:rPr>
                <w:color w:val="203040"/>
                <w:sz w:val="14"/>
                <w:szCs w:val="14"/>
                <w:lang w:val="ru-RU"/>
              </w:rPr>
            </w:pPr>
            <w:r w:rsidRPr="00E54FAD">
              <w:rPr>
                <w:color w:val="203040"/>
                <w:sz w:val="14"/>
                <w:szCs w:val="14"/>
                <w:lang w:val="ru-RU"/>
              </w:rPr>
              <w:t>Пищевая ценность: Белки - 14.25, Жиры - 23.1, Углеводы - 1.35, Калорийность - 257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9067E" w14:textId="637A9614" w:rsidR="00CF7145" w:rsidRDefault="00721A6D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90 г</w:t>
            </w:r>
          </w:p>
        </w:tc>
      </w:tr>
      <w:tr w:rsidR="00D02D12" w:rsidRPr="0067686B" w14:paraId="6DF3C9B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56124" w14:textId="07EB86E1" w:rsidR="00D02D12" w:rsidRDefault="0028685D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CC60F" w14:textId="77777777" w:rsidR="0028685D" w:rsidRPr="0028685D" w:rsidRDefault="0028685D" w:rsidP="0028685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8685D">
              <w:rPr>
                <w:b/>
                <w:bCs/>
                <w:color w:val="203040"/>
                <w:sz w:val="24"/>
                <w:szCs w:val="24"/>
                <w:lang w:val="ru-RU"/>
              </w:rPr>
              <w:t>Гуляш из сердца говяжьего</w:t>
            </w:r>
          </w:p>
          <w:p w14:paraId="30B71FA4" w14:textId="7928C545" w:rsidR="0028685D" w:rsidRPr="0028685D" w:rsidRDefault="0028685D" w:rsidP="0028685D">
            <w:pPr>
              <w:rPr>
                <w:color w:val="203040"/>
                <w:sz w:val="14"/>
                <w:szCs w:val="14"/>
                <w:lang w:val="ru-RU"/>
              </w:rPr>
            </w:pPr>
            <w:r w:rsidRPr="0028685D">
              <w:rPr>
                <w:color w:val="203040"/>
                <w:sz w:val="14"/>
                <w:szCs w:val="14"/>
                <w:lang w:val="ru-RU"/>
              </w:rPr>
              <w:t>Состав: Сердце говяжье, Морковь, Масло подсолнечное, Соль, Чеснок, Сметана, Мука пшеничная, Лук репчатый св., Масло сливочное</w:t>
            </w:r>
            <w:r>
              <w:rPr>
                <w:color w:val="203040"/>
                <w:sz w:val="14"/>
                <w:szCs w:val="14"/>
                <w:lang w:val="ru-RU"/>
              </w:rPr>
              <w:t>,</w:t>
            </w:r>
            <w:r w:rsidRPr="0028685D">
              <w:rPr>
                <w:color w:val="203040"/>
                <w:sz w:val="14"/>
                <w:szCs w:val="14"/>
                <w:lang w:val="ru-RU"/>
              </w:rPr>
              <w:t xml:space="preserve"> Томатная паста</w:t>
            </w:r>
          </w:p>
          <w:p w14:paraId="285CA355" w14:textId="7C45A985" w:rsidR="00D02D12" w:rsidRPr="006D5ACE" w:rsidRDefault="0028685D" w:rsidP="0028685D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28685D">
              <w:rPr>
                <w:color w:val="203040"/>
                <w:sz w:val="14"/>
                <w:szCs w:val="14"/>
                <w:lang w:val="ru-RU"/>
              </w:rPr>
              <w:t>Пищевая ценность: Белки - 17.44, Жиры - 12.24, Углеводы - 3.8, Калорийность - 202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2B419" w14:textId="0C52ED74" w:rsidR="00D02D12" w:rsidRDefault="0028685D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D02D12" w:rsidRPr="0067686B" w14:paraId="01F0903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F73BC" w14:textId="2C4173FC" w:rsidR="00D02D12" w:rsidRDefault="00D47800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70,00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76D19" w14:textId="77777777" w:rsidR="00D47800" w:rsidRPr="00D47800" w:rsidRDefault="00D47800" w:rsidP="00D4780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47800">
              <w:rPr>
                <w:b/>
                <w:bCs/>
                <w:color w:val="203040"/>
                <w:sz w:val="24"/>
                <w:szCs w:val="24"/>
                <w:lang w:val="ru-RU"/>
              </w:rPr>
              <w:t>Печень по-строгановски</w:t>
            </w:r>
          </w:p>
          <w:p w14:paraId="0FF118AC" w14:textId="38B4F8E6" w:rsidR="00D47800" w:rsidRPr="00D47800" w:rsidRDefault="00D47800" w:rsidP="00D47800">
            <w:pPr>
              <w:rPr>
                <w:color w:val="203040"/>
                <w:sz w:val="14"/>
                <w:szCs w:val="14"/>
                <w:lang w:val="ru-RU"/>
              </w:rPr>
            </w:pPr>
            <w:r w:rsidRPr="00D47800">
              <w:rPr>
                <w:color w:val="203040"/>
                <w:sz w:val="14"/>
                <w:szCs w:val="14"/>
                <w:lang w:val="ru-RU"/>
              </w:rPr>
              <w:t>Состав: Печень говяжья, Масло сливочное, Соль, Мука пшеничная, Сметана, Томатная паста</w:t>
            </w:r>
          </w:p>
          <w:p w14:paraId="6657DAEC" w14:textId="2F4C47FE" w:rsidR="00D02D12" w:rsidRPr="006D5ACE" w:rsidRDefault="00D47800" w:rsidP="00D47800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D47800">
              <w:rPr>
                <w:color w:val="203040"/>
                <w:sz w:val="14"/>
                <w:szCs w:val="14"/>
                <w:lang w:val="ru-RU"/>
              </w:rPr>
              <w:t>Пищевая ценность: Белки - 13.4, Жиры - 9.6, Углеводы - 5.9, Калорийность - 163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67197" w14:textId="158202DA" w:rsidR="00D02D12" w:rsidRDefault="00D47800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4D1DFC" w:rsidRPr="004D1DFC" w14:paraId="0C68493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ECCF7" w14:textId="1893E327" w:rsidR="004D1DFC" w:rsidRDefault="004D1DFC" w:rsidP="00CF7145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55B46" w14:textId="06510387" w:rsidR="004D1DFC" w:rsidRPr="004D1DFC" w:rsidRDefault="004D1DFC" w:rsidP="004D1DF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D1DFC">
              <w:rPr>
                <w:b/>
                <w:bCs/>
                <w:color w:val="203040"/>
                <w:sz w:val="24"/>
                <w:szCs w:val="24"/>
                <w:lang w:val="ru-RU"/>
              </w:rPr>
              <w:t>Котлета из филе птицы с соусом рубленая</w:t>
            </w:r>
          </w:p>
          <w:p w14:paraId="435B7614" w14:textId="1CEAC3BC" w:rsidR="004D1DFC" w:rsidRPr="004D1DFC" w:rsidRDefault="004D1DFC" w:rsidP="004D1DFC">
            <w:pPr>
              <w:rPr>
                <w:color w:val="203040"/>
                <w:sz w:val="14"/>
                <w:szCs w:val="14"/>
                <w:lang w:val="ru-RU"/>
              </w:rPr>
            </w:pPr>
            <w:r w:rsidRPr="004D1DFC">
              <w:rPr>
                <w:color w:val="203040"/>
                <w:sz w:val="14"/>
                <w:szCs w:val="14"/>
                <w:lang w:val="ru-RU"/>
              </w:rPr>
              <w:t xml:space="preserve">Состав: Филе грудки кур, Мука пшеничная, Соус на основе 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подсолнечного </w:t>
            </w:r>
            <w:r w:rsidRPr="004D1DFC">
              <w:rPr>
                <w:color w:val="203040"/>
                <w:sz w:val="14"/>
                <w:szCs w:val="14"/>
                <w:lang w:val="ru-RU"/>
              </w:rPr>
              <w:t>масла, Яйцо столовое, Соль, Масло подсолнечное</w:t>
            </w:r>
          </w:p>
          <w:p w14:paraId="601A1CB6" w14:textId="26CDBB9A" w:rsidR="004D1DFC" w:rsidRPr="00D47800" w:rsidRDefault="004D1DFC" w:rsidP="004D1DFC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4D1DFC">
              <w:rPr>
                <w:color w:val="203040"/>
                <w:sz w:val="14"/>
                <w:szCs w:val="14"/>
                <w:lang w:val="ru-RU"/>
              </w:rPr>
              <w:t>Пищевая ценность: Белки - 17.3, Жиры - 23.2, Углеводы - 29.16, Калорийность - 401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C4B0E" w14:textId="4956142E" w:rsidR="004D1DFC" w:rsidRDefault="004D1DFC" w:rsidP="00CF7145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120 г</w:t>
            </w:r>
          </w:p>
        </w:tc>
      </w:tr>
    </w:tbl>
    <w:p w14:paraId="08A9CB94" w14:textId="77777777" w:rsidR="00315AEE" w:rsidRPr="00315AEE" w:rsidRDefault="00315AEE">
      <w:pPr>
        <w:rPr>
          <w:b/>
          <w:color w:val="1F4E78"/>
          <w:sz w:val="2"/>
          <w:szCs w:val="2"/>
          <w:lang w:val="ru-RU"/>
        </w:rPr>
      </w:pPr>
    </w:p>
    <w:p w14:paraId="69E53C69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B33F89C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DED0DAB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5803A85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9A9CC4B" w14:textId="6A3244A4" w:rsidR="00F31E57" w:rsidRDefault="00F31E57">
      <w:pPr>
        <w:rPr>
          <w:color w:val="203040"/>
          <w:sz w:val="14"/>
          <w:szCs w:val="14"/>
          <w:lang w:val="ru-RU"/>
        </w:rPr>
      </w:pPr>
      <w:r>
        <w:rPr>
          <w:b/>
          <w:color w:val="1F4E78"/>
          <w:sz w:val="28"/>
          <w:lang w:val="ru-RU"/>
        </w:rPr>
        <w:t>НАПИТКИ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F31E57" w14:paraId="13FBC720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21245" w14:textId="77777777" w:rsidR="00F31E57" w:rsidRPr="005E187D" w:rsidRDefault="00F31E57" w:rsidP="00004F1A">
            <w:pPr>
              <w:jc w:val="center"/>
              <w:rPr>
                <w:sz w:val="14"/>
                <w:szCs w:val="14"/>
                <w:lang w:val="ru-RU"/>
              </w:rPr>
            </w:pPr>
            <w:bookmarkStart w:id="2" w:name="_Hlk239105548"/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3C05F" w14:textId="77777777" w:rsidR="00F31E57" w:rsidRPr="00AF7D4F" w:rsidRDefault="00F31E57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7FE82" w14:textId="77777777" w:rsidR="00F31E57" w:rsidRPr="00AF7D4F" w:rsidRDefault="00F31E57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F31E57" w14:paraId="6B7CBBBF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3D12E0E1" w14:textId="77777777" w:rsidR="00F31E57" w:rsidRPr="00AF7D4F" w:rsidRDefault="00F31E57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1849F1CE" w14:textId="77777777" w:rsidR="00F31E57" w:rsidRPr="00AF7D4F" w:rsidRDefault="00F31E57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67CE2C0C" w14:textId="77777777" w:rsidR="00F31E57" w:rsidRPr="00AF7D4F" w:rsidRDefault="00F31E57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F31E57" w:rsidRPr="00134E77" w14:paraId="508C1B4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841A" w14:textId="5C984461" w:rsidR="00F31E57" w:rsidRPr="00C15079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B6ECC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Компот из вишни</w:t>
            </w:r>
          </w:p>
          <w:p w14:paraId="72D65A4E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Вишня замороженная, Сахарный песок</w:t>
            </w:r>
          </w:p>
          <w:p w14:paraId="70BC8A0D" w14:textId="7C808899" w:rsidR="00F31E57" w:rsidRPr="00C55E52" w:rsidRDefault="00F31E57" w:rsidP="00F31E57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- 0.2, Жиры - 0.1, Углеводы - 27.8, Калорийность - 115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90186" w14:textId="65814219" w:rsidR="00F31E57" w:rsidRPr="00C15079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1EC814C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ED247" w14:textId="1B36B514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35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B6398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Компот из груш</w:t>
            </w:r>
          </w:p>
          <w:p w14:paraId="1A388B3F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Груши, Кислота лимонная, Сахарный песок</w:t>
            </w:r>
          </w:p>
          <w:p w14:paraId="53C2AFA5" w14:textId="13A23A81" w:rsidR="00F31E57" w:rsidRPr="00566C21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- 0.2, Жиры - 0.1, Углеводы - 28.1, Калорийность - 115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93B62" w14:textId="59C31BF9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4AF5189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167E9" w14:textId="51AB7B95" w:rsidR="00F31E57" w:rsidRDefault="003E352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31870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Компот из свежих яблок</w:t>
            </w:r>
          </w:p>
          <w:p w14:paraId="3C1022FA" w14:textId="29D43AA4" w:rsidR="00F31E57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Яблоки свежие, Сахарный песок</w:t>
            </w:r>
          </w:p>
          <w:p w14:paraId="61F5EBA2" w14:textId="79629050" w:rsidR="00F31E57" w:rsidRPr="00566C21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- 0.2, Жиры - 0.2, Углеводы - 27.9, Калорийность - 115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D939F" w14:textId="2D15135F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782E2F7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07CF5" w14:textId="69BB81BD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BFB85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Компот из черной смородины</w:t>
            </w:r>
          </w:p>
          <w:p w14:paraId="542D1F8A" w14:textId="33FC7ACB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Смородина черная замороженная, Сахарный песок</w:t>
            </w:r>
          </w:p>
          <w:p w14:paraId="3F66BA37" w14:textId="629E990E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- 0.5, Жиры - 0.1, Углеводы - 38.1, Калорийность - 160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2A985" w14:textId="1C94FD47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06F2C2B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04532" w14:textId="6651F990" w:rsidR="00F31E57" w:rsidRDefault="003E352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2E652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Напиток из смородины черной</w:t>
            </w:r>
          </w:p>
          <w:p w14:paraId="1B9AAC3C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Смородина черная замороженная 1кг, Сахарный песок</w:t>
            </w:r>
          </w:p>
          <w:p w14:paraId="1CCB5BF8" w14:textId="780C4F18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- 0.1, Углеводы - 24.9, Калорийность - 103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3F38A" w14:textId="1AC55780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360CB13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FD1CB" w14:textId="012A0002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83EA2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Напиток клюквенный</w:t>
            </w:r>
          </w:p>
          <w:p w14:paraId="3C77C8C9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Клюква замороженная, Сахарный песок</w:t>
            </w:r>
          </w:p>
          <w:p w14:paraId="051025DA" w14:textId="59DA2124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- 0.1, Углеводы - 24.9, Калорийность - 103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8CC26" w14:textId="1FBA80A6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5DACBD9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C6010" w14:textId="3263B440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5B6AE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Напиток из брусники</w:t>
            </w:r>
          </w:p>
          <w:p w14:paraId="03CE1F49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Брусника замороженная, Сахарный песок</w:t>
            </w:r>
          </w:p>
          <w:p w14:paraId="215DFEAF" w14:textId="66FF30CF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- 0.1, Углеводы - 24.9, Калорийность - 103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0543F" w14:textId="50E62E28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249DF66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E5EF7" w14:textId="6EB47AFB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2C5EE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Кисель из клюквы</w:t>
            </w:r>
          </w:p>
          <w:p w14:paraId="4B3FBB3F" w14:textId="77777777" w:rsidR="00F31E57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Клюква замороженная, Сахарный песок, Крахмал картофельный </w:t>
            </w:r>
          </w:p>
          <w:p w14:paraId="240E0D2A" w14:textId="020D1733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- 0, Углеводы - 27.9, Калорийность - 111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BB93B" w14:textId="298583CF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242279C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2B4CB" w14:textId="4F2AC7A7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E83F0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Кисель из вишни</w:t>
            </w:r>
          </w:p>
          <w:p w14:paraId="0F9E6827" w14:textId="77777777" w:rsidR="00F31E57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Вишня замороженная, Сахарный песок, Крахмал картофельный </w:t>
            </w:r>
          </w:p>
          <w:p w14:paraId="680EAADB" w14:textId="7F2D8042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- 0, Углеводы - 29.4, Калорийность - 118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D8EF8" w14:textId="021E566C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0E5A3A9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70EFA" w14:textId="39C7B6DC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117F2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Кисель из смородины черной</w:t>
            </w:r>
          </w:p>
          <w:p w14:paraId="17D06E1E" w14:textId="6469974D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 xml:space="preserve">Состав: Смородина черная замороженная 1кг, Сахарный песок, Крахмал картофельный </w:t>
            </w:r>
          </w:p>
          <w:p w14:paraId="78F6696E" w14:textId="41DE54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- 0.1, Жиры - 0.1, Углеводы - 28.5, Калорийность - 114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78E49" w14:textId="60E625E1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01B9FBD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6BC46" w14:textId="7E8A8A98" w:rsidR="00F31E57" w:rsidRDefault="003E352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19A63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Чай с сахаром</w:t>
            </w:r>
          </w:p>
          <w:p w14:paraId="7A9CB19C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Чай, Сахарный песок</w:t>
            </w:r>
          </w:p>
          <w:p w14:paraId="69F1A836" w14:textId="4851CE89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- 0.2, Жиры - 0.1, Углеводы - 15, Калорийность - 60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F1733" w14:textId="78480EDD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31E57" w:rsidRPr="00134E77" w14:paraId="2A2B6DB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91B12" w14:textId="2D4E4AD5" w:rsidR="00F31E57" w:rsidRDefault="003E3529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343CB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Чай с сахаром и лимоном</w:t>
            </w:r>
          </w:p>
          <w:p w14:paraId="53AC8DD3" w14:textId="77777777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Чай, Сахарный песок, Лимон свежий</w:t>
            </w:r>
          </w:p>
          <w:p w14:paraId="64E05AED" w14:textId="373AC378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- 0.3, Жиры - 0.1, Углеводы - 15.2, Калорийность - 62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D2AB0" w14:textId="350CDCE1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207 г</w:t>
            </w:r>
          </w:p>
        </w:tc>
      </w:tr>
      <w:tr w:rsidR="00F31E57" w:rsidRPr="00134E77" w14:paraId="663372C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A360E" w14:textId="62B2E9FB" w:rsidR="00F31E57" w:rsidRDefault="00D47800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</w:t>
            </w:r>
            <w:r w:rsidR="003E3529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BC184" w14:textId="77777777" w:rsidR="00F31E57" w:rsidRPr="00F31E57" w:rsidRDefault="00F31E57" w:rsidP="00F31E5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F31E57">
              <w:rPr>
                <w:b/>
                <w:bCs/>
                <w:color w:val="203040"/>
                <w:sz w:val="24"/>
                <w:szCs w:val="24"/>
                <w:lang w:val="ru-RU"/>
              </w:rPr>
              <w:t>Напиток молочный "Здоровье"</w:t>
            </w:r>
          </w:p>
          <w:p w14:paraId="1F7BC71D" w14:textId="6B45B54E" w:rsidR="00F31E57" w:rsidRPr="0052128A" w:rsidRDefault="00F31E57" w:rsidP="00F31E57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Состав: Молоко, Сахарный песок, Крахмал картофельный 200гр, Какао порошок 100г Золотой якорь, Ванилин</w:t>
            </w:r>
          </w:p>
          <w:p w14:paraId="5D18A228" w14:textId="4A899843" w:rsidR="00F31E57" w:rsidRPr="0052128A" w:rsidRDefault="00F31E57" w:rsidP="00315AEE">
            <w:pPr>
              <w:rPr>
                <w:color w:val="203040"/>
                <w:sz w:val="14"/>
                <w:szCs w:val="14"/>
                <w:lang w:val="ru-RU"/>
              </w:rPr>
            </w:pPr>
            <w:r w:rsidRPr="0052128A">
              <w:rPr>
                <w:color w:val="203040"/>
                <w:sz w:val="14"/>
                <w:szCs w:val="14"/>
                <w:lang w:val="ru-RU"/>
              </w:rPr>
              <w:t>Пищевая ценность: Белки - 3.6, Жиры - 3.6, Углеводы - 30.7, Калорийность - 170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1C807" w14:textId="69402584" w:rsidR="00F31E57" w:rsidRDefault="003E3529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bookmarkEnd w:id="2"/>
    </w:tbl>
    <w:p w14:paraId="4C75412C" w14:textId="40227132" w:rsidR="00F31E57" w:rsidRDefault="00F31E57">
      <w:pPr>
        <w:rPr>
          <w:color w:val="203040"/>
          <w:sz w:val="14"/>
          <w:szCs w:val="14"/>
          <w:lang w:val="ru-RU"/>
        </w:rPr>
      </w:pPr>
    </w:p>
    <w:p w14:paraId="34145A42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62BB78AA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213BAF71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1495C6FE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7EA309C7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56B23E32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61ACC45F" w14:textId="77777777" w:rsidR="00122132" w:rsidRDefault="00122132" w:rsidP="000F09EF">
      <w:pPr>
        <w:rPr>
          <w:b/>
          <w:color w:val="1F4E78"/>
          <w:sz w:val="28"/>
          <w:lang w:val="ru-RU"/>
        </w:rPr>
      </w:pPr>
    </w:p>
    <w:p w14:paraId="70A6E4CF" w14:textId="0F08DA56" w:rsidR="000F09EF" w:rsidRPr="000F09EF" w:rsidRDefault="000F09EF" w:rsidP="000F09EF">
      <w:pPr>
        <w:rPr>
          <w:color w:val="203040"/>
          <w:sz w:val="14"/>
          <w:szCs w:val="14"/>
          <w:lang w:val="ru-RU"/>
        </w:rPr>
      </w:pPr>
      <w:r>
        <w:rPr>
          <w:b/>
          <w:color w:val="1F4E78"/>
          <w:sz w:val="28"/>
          <w:lang w:val="ru-RU"/>
        </w:rPr>
        <w:t>ФРУКТЫ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0F09EF" w14:paraId="098FD6EB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244AD" w14:textId="77777777" w:rsidR="000F09EF" w:rsidRPr="005E187D" w:rsidRDefault="000F09EF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16FD2" w14:textId="77777777" w:rsidR="000F09EF" w:rsidRPr="00AF7D4F" w:rsidRDefault="000F09EF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BB65D" w14:textId="77777777" w:rsidR="000F09EF" w:rsidRPr="00AF7D4F" w:rsidRDefault="000F09EF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</w:p>
        </w:tc>
      </w:tr>
      <w:tr w:rsidR="000F09EF" w14:paraId="52EBECDA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6E34B3A2" w14:textId="77777777" w:rsidR="000F09EF" w:rsidRPr="00AF7D4F" w:rsidRDefault="000F09EF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76DC4BE1" w14:textId="77777777" w:rsidR="000F09EF" w:rsidRPr="00AF7D4F" w:rsidRDefault="000F09EF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7C57E4A8" w14:textId="77777777" w:rsidR="000F09EF" w:rsidRPr="00AF7D4F" w:rsidRDefault="000F09EF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0F09EF" w:rsidRPr="00424CB8" w14:paraId="7C65FFF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A4FB8" w14:textId="424EDA19" w:rsidR="000F09EF" w:rsidRPr="00C15079" w:rsidRDefault="00424CB8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26,00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D4F10" w14:textId="4EAFA8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Банан</w:t>
            </w:r>
            <w:r w:rsidR="00271944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2BAED0C9" w14:textId="37831C0E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Бананы св</w:t>
            </w:r>
            <w:r w:rsidR="00271944">
              <w:rPr>
                <w:color w:val="203040"/>
                <w:sz w:val="14"/>
                <w:szCs w:val="14"/>
                <w:lang w:val="ru-RU"/>
              </w:rPr>
              <w:t>ежие</w:t>
            </w:r>
          </w:p>
          <w:p w14:paraId="2567F085" w14:textId="7AF93D7E" w:rsidR="000F09EF" w:rsidRPr="00C55E52" w:rsidRDefault="000F09EF" w:rsidP="002F10C5">
            <w:pPr>
              <w:rPr>
                <w:b/>
                <w:bCs/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Пищевая ценность: Белки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2.3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, Жиры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 0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.8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, Углеводы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–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31.5</w:t>
            </w:r>
            <w:r w:rsidRPr="000F09EF">
              <w:rPr>
                <w:color w:val="203040"/>
                <w:sz w:val="14"/>
                <w:szCs w:val="14"/>
                <w:lang w:val="ru-RU"/>
              </w:rPr>
              <w:t xml:space="preserve">, Калорийность - </w:t>
            </w:r>
            <w:r w:rsidR="00424CB8">
              <w:rPr>
                <w:color w:val="203040"/>
                <w:sz w:val="14"/>
                <w:szCs w:val="14"/>
                <w:lang w:val="ru-RU"/>
              </w:rPr>
              <w:t>144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2EA5F" w14:textId="173B843F" w:rsidR="000F09EF" w:rsidRPr="00C15079" w:rsidRDefault="00424CB8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0F09EF" w:rsidRPr="00134E77" w14:paraId="6CEBBE7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AD065" w14:textId="69ABAC8E" w:rsidR="000F09EF" w:rsidRDefault="00424CB8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59CCE" w14:textId="77777777" w:rsidR="00ED6E07" w:rsidRPr="00E212E0" w:rsidRDefault="00ED6E07" w:rsidP="00ED6E07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Банан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26AD4236" w14:textId="77777777" w:rsidR="00ED6E07" w:rsidRPr="000F09EF" w:rsidRDefault="00ED6E07" w:rsidP="00ED6E07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Бананы св</w:t>
            </w:r>
            <w:r>
              <w:rPr>
                <w:color w:val="203040"/>
                <w:sz w:val="14"/>
                <w:szCs w:val="14"/>
                <w:lang w:val="ru-RU"/>
              </w:rPr>
              <w:t>ежие</w:t>
            </w:r>
          </w:p>
          <w:p w14:paraId="6FD24502" w14:textId="60F45E97" w:rsidR="000F09EF" w:rsidRPr="00566C21" w:rsidRDefault="000F09EF" w:rsidP="002F10C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- 3, Жиры - 1, Углеводы - 42, Калорийность - 192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E61D3" w14:textId="71401386" w:rsidR="000F09EF" w:rsidRDefault="00424CB8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0F09EF" w:rsidRPr="00C26095" w14:paraId="6212222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76501" w14:textId="73F185FD" w:rsidR="000F09EF" w:rsidRDefault="00A8605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39,00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0608E" w14:textId="77777777" w:rsidR="00C951C5" w:rsidRPr="00E212E0" w:rsidRDefault="00C951C5" w:rsidP="00C951C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Банан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49F50AF1" w14:textId="77777777" w:rsidR="00C951C5" w:rsidRPr="000F09EF" w:rsidRDefault="00C951C5" w:rsidP="00C951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Бананы св</w:t>
            </w:r>
            <w:r>
              <w:rPr>
                <w:color w:val="203040"/>
                <w:sz w:val="14"/>
                <w:szCs w:val="14"/>
                <w:lang w:val="ru-RU"/>
              </w:rPr>
              <w:t>ежие</w:t>
            </w:r>
          </w:p>
          <w:p w14:paraId="2E80DB17" w14:textId="5C4F1563" w:rsidR="000F09EF" w:rsidRPr="00566C21" w:rsidRDefault="000F09EF" w:rsidP="002F10C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- 3.14, Жиры - 1.03, Углеводы - 42.04, Калорийность - 190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1C6BE" w14:textId="21B2BF2E" w:rsidR="000F09EF" w:rsidRDefault="00A8605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220 г</w:t>
            </w:r>
          </w:p>
        </w:tc>
      </w:tr>
      <w:tr w:rsidR="000F09EF" w:rsidRPr="00134E77" w14:paraId="47307EB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4A4FA" w14:textId="7ABDEBCA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28,00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20CA8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310C5203" w14:textId="0C924DB5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 w:rsidR="00E71E54"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2DDE20B5" w14:textId="1AD79A81" w:rsidR="000F09EF" w:rsidRPr="0052128A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- 0.38, Жиры - 0.28, Углеводы - 9.37, Калорийность - 42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98FDA" w14:textId="59D81122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0F09EF" w:rsidRPr="00E71E54" w14:paraId="53F9DED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9976F" w14:textId="7D248FB3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33,00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66962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349CDBDE" w14:textId="77777777" w:rsidR="00E71E54" w:rsidRPr="000F09EF" w:rsidRDefault="00E71E54" w:rsidP="00E71E54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6ABCCCE2" w14:textId="03E59D7E" w:rsidR="000F09EF" w:rsidRPr="0052128A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- 0.39, Жиры - 13.39, Углеводы - 61.1, Калорийность - 61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CF402" w14:textId="42912C2E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130 г</w:t>
            </w:r>
          </w:p>
        </w:tc>
      </w:tr>
      <w:tr w:rsidR="000F09EF" w:rsidRPr="00E71E54" w14:paraId="681A0A4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7EB4D" w14:textId="4B348F40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38,00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AC805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00ABA972" w14:textId="77777777" w:rsidR="00E71E54" w:rsidRPr="000F09EF" w:rsidRDefault="00E71E54" w:rsidP="00E71E54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66A70313" w14:textId="59EA12F1" w:rsidR="000F09EF" w:rsidRPr="0052128A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- 0.6, Жиры - 0.45, Углеводы - 15.46, Калорийность - 71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DCCE4" w14:textId="4E493668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0F09EF" w:rsidRPr="00E71E54" w14:paraId="0FFA87F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A184F" w14:textId="0E974B74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46,00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C345A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54902D11" w14:textId="77777777" w:rsidR="00E71E54" w:rsidRPr="000F09EF" w:rsidRDefault="00E71E54" w:rsidP="00E71E54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28C34F5D" w14:textId="3D289BB4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- 0.41, Жиры - 0.32, Углеводы - 10.71, Калорийность - 57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87342" w14:textId="7D5CA79F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0F09EF" w:rsidRPr="00E71E54" w14:paraId="284E29D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ED22B" w14:textId="4ECEF6AD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51,00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3A1AD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3A1DB6ED" w14:textId="77777777" w:rsidR="00E71E54" w:rsidRPr="000F09EF" w:rsidRDefault="00E71E54" w:rsidP="00E71E54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1A118162" w14:textId="756EF7E2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- 1.2, Жиры - 0.9, Углеводы - 30.9, Калорийность - 141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D4433" w14:textId="72A10FBB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0F09EF" w:rsidRPr="00E71E54" w14:paraId="558F576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76090" w14:textId="6ABB48A5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56,00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22587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Груша свежая</w:t>
            </w:r>
          </w:p>
          <w:p w14:paraId="20FF678F" w14:textId="77777777" w:rsidR="00E71E54" w:rsidRPr="000F09EF" w:rsidRDefault="00E71E54" w:rsidP="00E71E54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Груши</w:t>
            </w:r>
            <w:r>
              <w:rPr>
                <w:color w:val="203040"/>
                <w:sz w:val="14"/>
                <w:szCs w:val="14"/>
                <w:lang w:val="ru-RU"/>
              </w:rPr>
              <w:t xml:space="preserve"> свежие</w:t>
            </w:r>
          </w:p>
          <w:p w14:paraId="05305726" w14:textId="5E7CD11C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- 0.22, Жиры - 0.22, Углеводы - 58.08, Калорийность - 237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BF053" w14:textId="28250DE6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220 г</w:t>
            </w:r>
          </w:p>
        </w:tc>
      </w:tr>
      <w:tr w:rsidR="000F09EF" w:rsidRPr="00134E77" w14:paraId="4D0A4C7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7D2B1" w14:textId="6382BDB6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784B0" w14:textId="06189C09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Мандарин</w:t>
            </w:r>
            <w:r w:rsidR="00E71E54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4C2A50EB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Мандарины свежие</w:t>
            </w:r>
          </w:p>
          <w:p w14:paraId="67FAC1D1" w14:textId="4EA9ADC9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- 0.46, Жиры - 0.11, Углеводы - 4.1, Калорийность - 19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A4FF6" w14:textId="556F358B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0F09EF" w:rsidRPr="00134E77" w14:paraId="4842597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41845" w14:textId="760947F4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34,00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9143C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Мандарин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4B39B83C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Мандарины свежие</w:t>
            </w:r>
          </w:p>
          <w:p w14:paraId="46C3DAE5" w14:textId="7BCEFC15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- 0.75, Жиры - 0, Углеводы - 7.5, Калорийность - 38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15623" w14:textId="7D073AB3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0F09EF" w:rsidRPr="00134E77" w14:paraId="3A90EA0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F7237" w14:textId="35E06D11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24,00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A364F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Мандарин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29EE90E1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Мандарины свежие</w:t>
            </w:r>
          </w:p>
          <w:p w14:paraId="327D7A1A" w14:textId="45BCECA3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- 0.53, Жиры - 0.13, Углеводы - 4.78, Калорийность - 22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21449" w14:textId="18989BE1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70 г</w:t>
            </w:r>
          </w:p>
        </w:tc>
      </w:tr>
      <w:tr w:rsidR="000F09EF" w:rsidRPr="00134E77" w14:paraId="4B853D0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D1BF8" w14:textId="5AD36E22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27,00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25FD9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Мандарин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3473CCA9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Мандарины свежие</w:t>
            </w:r>
          </w:p>
          <w:p w14:paraId="1E66C17A" w14:textId="36A7282C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- 0.61, Жиры - 0.15, Углеводы - 5.46, Калорийность - 26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92AA0" w14:textId="3DA823C8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80 г</w:t>
            </w:r>
          </w:p>
        </w:tc>
      </w:tr>
      <w:tr w:rsidR="000F09EF" w:rsidRPr="00134E77" w14:paraId="3387ED9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21306" w14:textId="7438C701" w:rsidR="000F09EF" w:rsidRDefault="001F21DD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44,00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3D815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Мандарин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692CBCE5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Мандарины свежие</w:t>
            </w:r>
          </w:p>
          <w:p w14:paraId="0620A7D9" w14:textId="745789C2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- 0.99, Жиры - 0.24, Углеводы - 8.87, Калорийность - 42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3DB11" w14:textId="3F3F65FB" w:rsidR="000F09EF" w:rsidRDefault="001F21DD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130 г</w:t>
            </w:r>
          </w:p>
        </w:tc>
      </w:tr>
      <w:tr w:rsidR="000F09EF" w:rsidRPr="00134E77" w14:paraId="5834B4E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2D8EF" w14:textId="6B9E6183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BDD17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53DD8E74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6838EDD6" w14:textId="540749CD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- 0.4, Жиры - 0.4, Углеводы - 9.8, Калорийность - 47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9209A" w14:textId="6C02ED76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0F09EF" w:rsidRPr="00134E77" w14:paraId="452B65B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CA641" w14:textId="344DA84B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3330D" w14:textId="77777777" w:rsidR="000F09EF" w:rsidRPr="00E212E0" w:rsidRDefault="000F09EF" w:rsidP="000F09EF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7A4A37FC" w14:textId="77777777" w:rsidR="000F09EF" w:rsidRPr="000F09EF" w:rsidRDefault="000F09EF" w:rsidP="000F09EF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75530F7C" w14:textId="4442DC39" w:rsidR="000F09EF" w:rsidRPr="000F09EF" w:rsidRDefault="000F09EF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- 0.5, Жиры - 0.5, Углеводы - 11.7, Калорийность - 56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5FC44" w14:textId="0F76D345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120 г</w:t>
            </w:r>
          </w:p>
        </w:tc>
      </w:tr>
      <w:tr w:rsidR="000F09EF" w:rsidRPr="00134E77" w14:paraId="5FB79E9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8F87D" w14:textId="6B748C69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19,00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F5FEB" w14:textId="77777777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3FBF6947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0091AE4D" w14:textId="0AFDC388" w:rsidR="000F09EF" w:rsidRPr="000F09EF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- 0.5, Жиры - 0.5, Углеводы - 12.7, Калорийность - 61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8801C" w14:textId="561F7FEF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130 г</w:t>
            </w:r>
          </w:p>
        </w:tc>
      </w:tr>
      <w:tr w:rsidR="000F09EF" w:rsidRPr="00134E77" w14:paraId="5368051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C0C4E" w14:textId="7ADC35AB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27221" w14:textId="77777777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2D712678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5A80D311" w14:textId="529A7816" w:rsidR="000F09EF" w:rsidRPr="000F09EF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- 0.5, Жиры - 0.5, Углеводы - 13.7, Калорийность - 65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E1F00" w14:textId="34F76FDE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140 г</w:t>
            </w:r>
          </w:p>
        </w:tc>
      </w:tr>
      <w:tr w:rsidR="000F09EF" w:rsidRPr="000F09EF" w14:paraId="0C85BAC4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89876" w14:textId="2C936140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22,00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224EC" w14:textId="77777777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7CBF6C3D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55D23BF9" w14:textId="57D2F1FE" w:rsidR="000F09EF" w:rsidRPr="0052128A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- 0.47, Жиры - 0.47, Углеводы - 22.8, Калорийность - 53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3A249" w14:textId="76A8AA30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0F09EF" w:rsidRPr="000F09EF" w14:paraId="1F79B76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AA894" w14:textId="4F0D2176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29,00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6B612" w14:textId="77777777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Яблоко свежее</w:t>
            </w:r>
          </w:p>
          <w:p w14:paraId="01038C69" w14:textId="77777777" w:rsidR="00FB51A5" w:rsidRPr="00E212E0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E212E0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3C84B90B" w14:textId="4DB29A36" w:rsidR="000F09EF" w:rsidRPr="0052128A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- 3, Жиры - 1, Углеводы - 42, Калорийность - 105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BBE20" w14:textId="6E80F1B7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0F09EF" w:rsidRPr="000F09EF" w14:paraId="74C18F2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CD158" w14:textId="6F00FE6D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32,00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2C200" w14:textId="77777777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Яблоки свежие</w:t>
            </w:r>
          </w:p>
          <w:p w14:paraId="77E966F1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Яблоки свежие</w:t>
            </w:r>
          </w:p>
          <w:p w14:paraId="36EBEF85" w14:textId="6BAC57D6" w:rsidR="000F09EF" w:rsidRPr="0052128A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- 3.9, Жиры - 2.4, Углеводы - 25, Калорийность - 138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0A473" w14:textId="0DC17D02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220 г</w:t>
            </w:r>
          </w:p>
        </w:tc>
      </w:tr>
      <w:tr w:rsidR="000F09EF" w:rsidRPr="000F09EF" w14:paraId="42A6D9AC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E31B9" w14:textId="7A4B1BCC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18,00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C6D4F" w14:textId="265F59D3" w:rsidR="00FB51A5" w:rsidRPr="00E212E0" w:rsidRDefault="00FB51A5" w:rsidP="00FB51A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 w:rsidR="00E71E54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191A5F6C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7AEBCB52" w14:textId="384FE260" w:rsidR="000F09EF" w:rsidRPr="0052128A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- 0.9, Жиры - 0.2, Углеводы - 8.11, Калорийность - 43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41282" w14:textId="59C9AD39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100 г</w:t>
            </w:r>
          </w:p>
        </w:tc>
      </w:tr>
      <w:tr w:rsidR="000F09EF" w:rsidRPr="000F09EF" w14:paraId="155B95C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96A29" w14:textId="7841A877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26,00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4B213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56925890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53B3B002" w14:textId="533F23DE" w:rsidR="000F09EF" w:rsidRPr="0052128A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- 1.4, Жиры - 0.3, Углеводы - 12.1, Калорийность - 65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4227B" w14:textId="4425E63B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150 г</w:t>
            </w:r>
          </w:p>
        </w:tc>
      </w:tr>
      <w:tr w:rsidR="000F09EF" w:rsidRPr="000F09EF" w14:paraId="34F57D4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E1655" w14:textId="13CCDDAF" w:rsidR="000F09EF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08CA0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242D539F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2B7BC33D" w14:textId="7D0F6914" w:rsidR="000F09EF" w:rsidRPr="00F31E57" w:rsidRDefault="00FB51A5" w:rsidP="002F10C5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- 1.58, Жиры - 0.34, Углеводы - 13.7, Калорийность - 74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DCEDB" w14:textId="5EC8A1FE" w:rsidR="000F09EF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170 г</w:t>
            </w:r>
          </w:p>
        </w:tc>
      </w:tr>
      <w:tr w:rsidR="00FB51A5" w:rsidRPr="000F09EF" w14:paraId="0269EB4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0F30B" w14:textId="05B8AE56" w:rsidR="00FB51A5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32,00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F8434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163F96A0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35D8BE5F" w14:textId="7670C5BF" w:rsidR="00FB51A5" w:rsidRPr="000F09EF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- 1.6, Жиры - 0.34, Углеводы - 14, Калорийность - 75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C0007" w14:textId="0E06D75D" w:rsidR="00FB51A5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180 г</w:t>
            </w:r>
          </w:p>
        </w:tc>
      </w:tr>
      <w:tr w:rsidR="00FB51A5" w:rsidRPr="000F09EF" w14:paraId="1403F9F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2E6DE" w14:textId="1256EDD6" w:rsidR="00FB51A5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FB3EE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29C39E50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370FACB7" w14:textId="5F5F2BF1" w:rsidR="00FB51A5" w:rsidRPr="000F09EF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- 1.8, Жиры - 0.4, Углеводы - 16.2, Калорийность - 86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1BFB2" w14:textId="4EE6D0BD" w:rsidR="00FB51A5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г</w:t>
            </w:r>
          </w:p>
        </w:tc>
      </w:tr>
      <w:tr w:rsidR="00FB51A5" w:rsidRPr="000F09EF" w14:paraId="48A3FD36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A2F28" w14:textId="7E4B0A52" w:rsidR="00FB51A5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39,00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680AA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5CADEA96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710FFFF9" w14:textId="6125AA9E" w:rsidR="00FB51A5" w:rsidRPr="000F09EF" w:rsidRDefault="00FB51A5" w:rsidP="002F10C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- 2, Жиры - 0.4, Углеводы - 17.8, Калорийность - 94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BE9C6" w14:textId="66E030E8" w:rsidR="00FB51A5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220 г</w:t>
            </w:r>
          </w:p>
        </w:tc>
      </w:tr>
      <w:tr w:rsidR="00FB51A5" w:rsidRPr="000F09EF" w14:paraId="70B0FC2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5E7DE" w14:textId="16B18ABC" w:rsidR="00FB51A5" w:rsidRDefault="0091089F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44,00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2AD03" w14:textId="77777777" w:rsidR="00E71E54" w:rsidRPr="00E212E0" w:rsidRDefault="00E71E54" w:rsidP="00E71E54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212E0">
              <w:rPr>
                <w:b/>
                <w:bCs/>
                <w:color w:val="203040"/>
                <w:sz w:val="24"/>
                <w:szCs w:val="24"/>
                <w:lang w:val="ru-RU"/>
              </w:rPr>
              <w:t>Апельсин</w:t>
            </w:r>
            <w:r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свежий</w:t>
            </w:r>
          </w:p>
          <w:p w14:paraId="75B973D9" w14:textId="77777777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Состав: Апельсины свежие</w:t>
            </w:r>
          </w:p>
          <w:p w14:paraId="6D0D1506" w14:textId="669E47B0" w:rsidR="00FB51A5" w:rsidRPr="000F09EF" w:rsidRDefault="00FB51A5" w:rsidP="00FB51A5">
            <w:pPr>
              <w:rPr>
                <w:color w:val="203040"/>
                <w:sz w:val="14"/>
                <w:szCs w:val="14"/>
                <w:lang w:val="ru-RU"/>
              </w:rPr>
            </w:pPr>
            <w:r w:rsidRPr="000F09EF">
              <w:rPr>
                <w:color w:val="203040"/>
                <w:sz w:val="14"/>
                <w:szCs w:val="14"/>
                <w:lang w:val="ru-RU"/>
              </w:rPr>
              <w:t>Пищевая ценность: Белки - 2.3, Жиры - 0.5, Углеводы - 20.3, Калорийность - 108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C7E2B" w14:textId="01ABBDAD" w:rsidR="00FB51A5" w:rsidRDefault="0091089F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г</w:t>
            </w:r>
          </w:p>
        </w:tc>
      </w:tr>
    </w:tbl>
    <w:p w14:paraId="3B4A1B33" w14:textId="2A2B09A7" w:rsidR="000F09EF" w:rsidRDefault="000F09EF">
      <w:pPr>
        <w:rPr>
          <w:color w:val="203040"/>
          <w:sz w:val="14"/>
          <w:szCs w:val="14"/>
          <w:lang w:val="ru-RU"/>
        </w:rPr>
      </w:pPr>
    </w:p>
    <w:p w14:paraId="7401FFAE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5B569AB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A396D09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3D40BE8E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A62565A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66F0A007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922E638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75E5D9B4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27C2143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810A3F5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1BB4632D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237561E1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4200E4F5" w14:textId="77777777" w:rsidR="00122132" w:rsidRDefault="00122132">
      <w:pPr>
        <w:rPr>
          <w:b/>
          <w:color w:val="1F4E78"/>
          <w:sz w:val="28"/>
          <w:lang w:val="ru-RU"/>
        </w:rPr>
      </w:pPr>
    </w:p>
    <w:p w14:paraId="501E0CA1" w14:textId="6938C595" w:rsidR="00591849" w:rsidRDefault="00591849">
      <w:pPr>
        <w:rPr>
          <w:b/>
          <w:color w:val="1F4E78"/>
          <w:sz w:val="28"/>
          <w:lang w:val="ru-RU"/>
        </w:rPr>
      </w:pPr>
      <w:r>
        <w:rPr>
          <w:b/>
          <w:color w:val="1F4E78"/>
          <w:sz w:val="28"/>
          <w:lang w:val="ru-RU"/>
        </w:rPr>
        <w:t>БУФЕТНАЯ ПРОДУКЦИЯ</w:t>
      </w:r>
    </w:p>
    <w:tbl>
      <w:tblPr>
        <w:tblStyle w:val="aff0"/>
        <w:tblW w:w="4303" w:type="pct"/>
        <w:jc w:val="center"/>
        <w:tblLook w:val="04A0" w:firstRow="1" w:lastRow="0" w:firstColumn="1" w:lastColumn="0" w:noHBand="0" w:noVBand="1"/>
      </w:tblPr>
      <w:tblGrid>
        <w:gridCol w:w="1198"/>
        <w:gridCol w:w="6970"/>
        <w:gridCol w:w="1003"/>
      </w:tblGrid>
      <w:tr w:rsidR="00591849" w14:paraId="5D535168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E93F6" w14:textId="77777777" w:rsidR="00591849" w:rsidRPr="005E187D" w:rsidRDefault="00591849" w:rsidP="00004F1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b/>
                <w:color w:val="FFFFFF"/>
                <w:sz w:val="14"/>
                <w:szCs w:val="14"/>
                <w:lang w:val="ru-RU"/>
              </w:rPr>
              <w:t>Стоимость</w:t>
            </w:r>
          </w:p>
        </w:tc>
        <w:tc>
          <w:tcPr>
            <w:tcW w:w="3800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F0D17" w14:textId="77777777" w:rsidR="00591849" w:rsidRPr="00AF7D4F" w:rsidRDefault="00591849" w:rsidP="00004F1A">
            <w:pPr>
              <w:jc w:val="center"/>
              <w:rPr>
                <w:sz w:val="14"/>
                <w:szCs w:val="14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Наименование блюда</w:t>
            </w:r>
          </w:p>
        </w:tc>
        <w:tc>
          <w:tcPr>
            <w:tcW w:w="547" w:type="pct"/>
            <w:vMerge w:val="restart"/>
            <w:shd w:val="clear" w:color="auto" w:fill="1F4E7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5D684" w14:textId="044BF523" w:rsidR="00591849" w:rsidRPr="00076AF2" w:rsidRDefault="00591849" w:rsidP="00004F1A">
            <w:pPr>
              <w:jc w:val="center"/>
              <w:rPr>
                <w:sz w:val="14"/>
                <w:szCs w:val="14"/>
                <w:lang w:val="ru-RU"/>
              </w:rPr>
            </w:pPr>
            <w:r w:rsidRPr="00AF7D4F">
              <w:rPr>
                <w:b/>
                <w:color w:val="FFFFFF"/>
                <w:sz w:val="14"/>
                <w:szCs w:val="14"/>
              </w:rPr>
              <w:t>Вес блюда, гр.</w:t>
            </w:r>
            <w:r w:rsidR="00076AF2">
              <w:rPr>
                <w:b/>
                <w:color w:val="FFFFFF"/>
                <w:sz w:val="14"/>
                <w:szCs w:val="14"/>
                <w:lang w:val="ru-RU"/>
              </w:rPr>
              <w:t>/мл</w:t>
            </w:r>
          </w:p>
        </w:tc>
      </w:tr>
      <w:tr w:rsidR="00591849" w14:paraId="4B2EA995" w14:textId="77777777" w:rsidTr="00004F1A">
        <w:trPr>
          <w:cantSplit/>
          <w:trHeight w:val="171"/>
          <w:tblHeader/>
          <w:jc w:val="center"/>
        </w:trPr>
        <w:tc>
          <w:tcPr>
            <w:tcW w:w="653" w:type="pct"/>
            <w:vMerge/>
            <w:shd w:val="clear" w:color="auto" w:fill="1F4E78"/>
            <w:vAlign w:val="center"/>
          </w:tcPr>
          <w:p w14:paraId="6066D93F" w14:textId="77777777" w:rsidR="00591849" w:rsidRPr="00AF7D4F" w:rsidRDefault="00591849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00" w:type="pct"/>
            <w:vMerge/>
            <w:shd w:val="clear" w:color="auto" w:fill="1F4E78"/>
            <w:vAlign w:val="center"/>
          </w:tcPr>
          <w:p w14:paraId="64A93740" w14:textId="77777777" w:rsidR="00591849" w:rsidRPr="00AF7D4F" w:rsidRDefault="00591849" w:rsidP="00004F1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7" w:type="pct"/>
            <w:vMerge/>
            <w:shd w:val="clear" w:color="auto" w:fill="1F4E78"/>
            <w:vAlign w:val="center"/>
          </w:tcPr>
          <w:p w14:paraId="4AB98BA2" w14:textId="77777777" w:rsidR="00591849" w:rsidRPr="00AF7D4F" w:rsidRDefault="00591849" w:rsidP="00004F1A">
            <w:pPr>
              <w:jc w:val="center"/>
              <w:rPr>
                <w:sz w:val="14"/>
                <w:szCs w:val="14"/>
              </w:rPr>
            </w:pPr>
          </w:p>
        </w:tc>
      </w:tr>
      <w:tr w:rsidR="00591849" w:rsidRPr="00134E77" w14:paraId="5EC884EB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C89E7" w14:textId="4E4A1D15" w:rsidR="00591849" w:rsidRPr="00C15079" w:rsidRDefault="00F3437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60,00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3F1E9" w14:textId="7ED4600B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Напиток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Крэйзивау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44786" w14:textId="4D8510F5" w:rsidR="00591849" w:rsidRPr="00C15079" w:rsidRDefault="00F3437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420 </w:t>
            </w:r>
            <w:r w:rsidR="00076AF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мл</w:t>
            </w:r>
          </w:p>
        </w:tc>
      </w:tr>
      <w:tr w:rsidR="00591849" w:rsidRPr="00134E77" w14:paraId="5F5B49C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00FC6" w14:textId="15781B9B" w:rsidR="00591849" w:rsidRDefault="00F3437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9B240" w14:textId="19D8793A" w:rsidR="00591849" w:rsidRPr="00566C21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Вафли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Dubigof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7E8D0" w14:textId="245440B4" w:rsidR="00591849" w:rsidRDefault="00F3437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36 г</w:t>
            </w:r>
          </w:p>
        </w:tc>
      </w:tr>
      <w:tr w:rsidR="00591849" w:rsidRPr="00134E77" w14:paraId="33E27C3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B574D" w14:textId="2E3EDC68" w:rsidR="00591849" w:rsidRDefault="00F34371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53,00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EBD53" w14:textId="05555BA5" w:rsidR="00591849" w:rsidRPr="00566C21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Мармелад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Крэйзивау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1FC22" w14:textId="7FF32555" w:rsidR="00591849" w:rsidRDefault="00F34371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60 г</w:t>
            </w:r>
          </w:p>
        </w:tc>
      </w:tr>
      <w:tr w:rsidR="00591849" w:rsidRPr="00134E77" w14:paraId="5ED2A70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532D7" w14:textId="67892B76" w:rsidR="00591849" w:rsidRDefault="00F641E6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D2C1B" w14:textId="1C4B26BF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Нектар в ассортименте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1F8CE" w14:textId="66B4D6FA" w:rsidR="00591849" w:rsidRDefault="00F641E6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 xml:space="preserve">200 </w:t>
            </w:r>
            <w:r w:rsidR="00076AF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мл</w:t>
            </w:r>
          </w:p>
        </w:tc>
      </w:tr>
      <w:tr w:rsidR="00591849" w:rsidRPr="00134E77" w14:paraId="2CC5A343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E166D" w14:textId="259B70BD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lastRenderedPageBreak/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285C7" w14:textId="2BA73F34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Крендель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Крэйзивау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2E12E" w14:textId="08CADBE4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591849" w:rsidRPr="00134E77" w14:paraId="251BBDC9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51D6D" w14:textId="75853C0F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E1995" w14:textId="3FE5A45C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Коктейль молочный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Крэйзивау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83E53" w14:textId="2CD9B390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250 мл</w:t>
            </w:r>
          </w:p>
        </w:tc>
      </w:tr>
      <w:tr w:rsidR="00591849" w:rsidRPr="00134E77" w14:paraId="75159C47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C945F" w14:textId="0FCF8B44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21,00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BE07A" w14:textId="745FFB07" w:rsidR="00591849" w:rsidRPr="00E03356" w:rsidRDefault="00E03356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Конфета</w:t>
            </w:r>
            <w:r w:rsidR="00591849"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жевательная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F68D5" w14:textId="2CB521FD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11 г</w:t>
            </w:r>
          </w:p>
        </w:tc>
      </w:tr>
      <w:tr w:rsidR="00591849" w:rsidRPr="00134E77" w14:paraId="45AF092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93505" w14:textId="65738DC1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DA47B" w14:textId="038099B1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Шоколадный батончик белый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BAA3F" w14:textId="26B5379F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45 г</w:t>
            </w:r>
          </w:p>
        </w:tc>
      </w:tr>
      <w:tr w:rsidR="00591849" w:rsidRPr="00134E77" w14:paraId="75005EFE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E1373" w14:textId="0793AFDD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 xml:space="preserve">55,00 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426D7" w14:textId="2001BA2B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Конфеты жевательные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2C9B1" w14:textId="79ED688C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35 г</w:t>
            </w:r>
          </w:p>
        </w:tc>
      </w:tr>
      <w:tr w:rsidR="00591849" w:rsidRPr="00134E77" w14:paraId="3A1B7BF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9325B" w14:textId="0D80D046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360D5" w14:textId="7A6E9ADE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Вода питьевая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Черноголовская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69915" w14:textId="47DF0734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500 мл</w:t>
            </w:r>
          </w:p>
        </w:tc>
      </w:tr>
      <w:tr w:rsidR="00591849" w:rsidRPr="00134E77" w14:paraId="4BFC9575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F9B8E" w14:textId="78A65BF9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1B301" w14:textId="0410C3D0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Печенье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Папита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D11B1" w14:textId="483D446B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33 г</w:t>
            </w:r>
          </w:p>
        </w:tc>
      </w:tr>
      <w:tr w:rsidR="00591849" w:rsidRPr="00591849" w14:paraId="737D14D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1D7D2" w14:textId="6C760E2C" w:rsidR="00591849" w:rsidRPr="00122132" w:rsidRDefault="0012213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</w:t>
            </w:r>
            <w:r w:rsidR="00076AF2"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5F249" w14:textId="05B36151" w:rsidR="00591849" w:rsidRPr="00122132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Вафли в молочном шоколаде в ассорти</w:t>
            </w:r>
            <w:r w:rsidR="00E03356"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менте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CA7C6" w14:textId="06C9B182" w:rsidR="00591849" w:rsidRPr="00122132" w:rsidRDefault="0012213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35</w:t>
            </w:r>
            <w:r w:rsidR="00076AF2"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г</w:t>
            </w:r>
          </w:p>
        </w:tc>
      </w:tr>
      <w:tr w:rsidR="00591849" w:rsidRPr="00591849" w14:paraId="160CAEC1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74C86" w14:textId="6F479DCF" w:rsidR="00591849" w:rsidRPr="00122132" w:rsidRDefault="0012213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45</w:t>
            </w:r>
            <w:r w:rsidR="00076AF2"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FA6FE" w14:textId="4DA90A3C" w:rsidR="00591849" w:rsidRPr="00122132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Коктейль молочный "</w:t>
            </w:r>
            <w:proofErr w:type="spellStart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Фруто</w:t>
            </w:r>
            <w:proofErr w:type="spellEnd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кидс</w:t>
            </w:r>
            <w:proofErr w:type="spellEnd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" 2,8%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630D8" w14:textId="01CB2210" w:rsidR="00591849" w:rsidRPr="00122132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мл</w:t>
            </w:r>
          </w:p>
        </w:tc>
      </w:tr>
      <w:tr w:rsidR="00591849" w:rsidRPr="00591849" w14:paraId="0F162A22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8E552" w14:textId="130F378B" w:rsidR="00591849" w:rsidRPr="00122132" w:rsidRDefault="0012213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55</w:t>
            </w:r>
            <w:r w:rsidR="00076AF2"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2785F" w14:textId="68FA8745" w:rsidR="00591849" w:rsidRPr="00122132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Шоколадный батончик белый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09879" w14:textId="1FFE2ECD" w:rsidR="00591849" w:rsidRPr="00122132" w:rsidRDefault="00E03356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45 г</w:t>
            </w:r>
          </w:p>
        </w:tc>
      </w:tr>
      <w:tr w:rsidR="00591849" w:rsidRPr="00591849" w14:paraId="2FD83E1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F25A6" w14:textId="4125F89D" w:rsidR="00591849" w:rsidRPr="00122132" w:rsidRDefault="0012213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401EF" w14:textId="75563FC4" w:rsidR="00591849" w:rsidRPr="00122132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Вафли батончик "</w:t>
            </w:r>
            <w:proofErr w:type="spellStart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Бумбастик</w:t>
            </w:r>
            <w:proofErr w:type="spellEnd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B033F" w14:textId="0BF38FD5" w:rsidR="00591849" w:rsidRPr="00122132" w:rsidRDefault="0012213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32 г</w:t>
            </w:r>
          </w:p>
        </w:tc>
      </w:tr>
      <w:tr w:rsidR="00591849" w:rsidRPr="00591849" w14:paraId="707D79E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1ABCE" w14:textId="2D80D278" w:rsidR="00591849" w:rsidRPr="00122132" w:rsidRDefault="0012213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 w:rsidRPr="00122132"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28,00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8B5F6" w14:textId="2D0C7E45" w:rsidR="00591849" w:rsidRPr="00122132" w:rsidRDefault="00591849" w:rsidP="00122132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Зефир воздушный "</w:t>
            </w:r>
            <w:proofErr w:type="spellStart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Зефирушки</w:t>
            </w:r>
            <w:proofErr w:type="spellEnd"/>
            <w:r w:rsidRPr="00122132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953B7" w14:textId="4FB87128" w:rsidR="00591849" w:rsidRPr="00122132" w:rsidRDefault="0012213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 w:rsidRPr="00122132"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 г</w:t>
            </w:r>
          </w:p>
        </w:tc>
      </w:tr>
      <w:tr w:rsidR="00591849" w:rsidRPr="00591849" w14:paraId="3C169CB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A9ED0" w14:textId="647C3671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40,00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B49D5" w14:textId="08D9457B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Печенье "Грибарики"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C5A08" w14:textId="142DDBD0" w:rsidR="00591849" w:rsidRDefault="00E03356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591849" w:rsidRPr="00591849" w14:paraId="255E1910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6F01C" w14:textId="638A0DD5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30,00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6284D" w14:textId="3E566652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Колечки "</w:t>
            </w:r>
            <w:proofErr w:type="spellStart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Крэйзивау</w:t>
            </w:r>
            <w:proofErr w:type="spellEnd"/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"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512C7" w14:textId="64A4E02B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50 г</w:t>
            </w:r>
          </w:p>
        </w:tc>
      </w:tr>
      <w:tr w:rsidR="00591849" w:rsidRPr="00591849" w14:paraId="037FC34A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43A34" w14:textId="504360E5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39,00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9A9FE" w14:textId="19849751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Молоко 3,2%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B4B97" w14:textId="13F1108B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мл</w:t>
            </w:r>
          </w:p>
        </w:tc>
      </w:tr>
      <w:tr w:rsidR="00591849" w:rsidRPr="00591849" w14:paraId="6EFD363F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3A2C8" w14:textId="61CC9B58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22,00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8B5A4" w14:textId="0EADB726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Сок в ассортименте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D0608" w14:textId="0A796233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200 мл</w:t>
            </w:r>
          </w:p>
        </w:tc>
      </w:tr>
      <w:tr w:rsidR="00591849" w:rsidRPr="00591849" w14:paraId="0DEE8E48" w14:textId="77777777" w:rsidTr="00004F1A">
        <w:trPr>
          <w:cantSplit/>
          <w:trHeight w:val="20"/>
          <w:jc w:val="center"/>
        </w:trPr>
        <w:tc>
          <w:tcPr>
            <w:tcW w:w="653" w:type="pct"/>
            <w:shd w:val="clear" w:color="auto" w:fill="EAF0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70AD2" w14:textId="357B7687" w:rsidR="00591849" w:rsidRDefault="00076AF2" w:rsidP="00004F1A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ru-RU"/>
              </w:rPr>
            </w:pPr>
            <w:r>
              <w:rPr>
                <w:b/>
                <w:color w:val="17365D" w:themeColor="text2" w:themeShade="BF"/>
                <w:sz w:val="28"/>
                <w:szCs w:val="28"/>
                <w:lang w:val="ru-RU"/>
              </w:rPr>
              <w:t>25,00</w:t>
            </w:r>
          </w:p>
        </w:tc>
        <w:tc>
          <w:tcPr>
            <w:tcW w:w="3800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6DE8D" w14:textId="3957F38A" w:rsidR="00591849" w:rsidRPr="00E03356" w:rsidRDefault="00591849" w:rsidP="00E03356">
            <w:pPr>
              <w:rPr>
                <w:b/>
                <w:bCs/>
                <w:color w:val="203040"/>
                <w:sz w:val="24"/>
                <w:szCs w:val="24"/>
                <w:lang w:val="ru-RU"/>
              </w:rPr>
            </w:pPr>
            <w:r w:rsidRPr="00E03356">
              <w:rPr>
                <w:b/>
                <w:bCs/>
                <w:color w:val="203040"/>
                <w:sz w:val="24"/>
                <w:szCs w:val="24"/>
                <w:lang w:val="ru-RU"/>
              </w:rPr>
              <w:t>Шоколадный батончик</w:t>
            </w:r>
          </w:p>
        </w:tc>
        <w:tc>
          <w:tcPr>
            <w:tcW w:w="547" w:type="pc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48CE8" w14:textId="68959F10" w:rsidR="00591849" w:rsidRDefault="00076AF2" w:rsidP="00004F1A">
            <w:pPr>
              <w:jc w:val="center"/>
              <w:rPr>
                <w:bCs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bCs/>
                <w:color w:val="17365D" w:themeColor="text2" w:themeShade="BF"/>
                <w:sz w:val="20"/>
                <w:szCs w:val="20"/>
                <w:lang w:val="ru-RU"/>
              </w:rPr>
              <w:t>18 г</w:t>
            </w:r>
          </w:p>
        </w:tc>
      </w:tr>
    </w:tbl>
    <w:p w14:paraId="06BE31DE" w14:textId="77777777" w:rsidR="00591849" w:rsidRPr="0052128A" w:rsidRDefault="00591849">
      <w:pPr>
        <w:rPr>
          <w:color w:val="203040"/>
          <w:sz w:val="14"/>
          <w:szCs w:val="14"/>
          <w:lang w:val="ru-RU"/>
        </w:rPr>
      </w:pPr>
    </w:p>
    <w:sectPr w:rsidR="00591849" w:rsidRPr="0052128A">
      <w:headerReference w:type="default" r:id="rId10"/>
      <w:footerReference w:type="default" r:id="rId11"/>
      <w:pgSz w:w="11906" w:h="16838"/>
      <w:pgMar w:top="567" w:right="680" w:bottom="567" w:left="68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D7F15" w14:textId="77777777" w:rsidR="008F7BF8" w:rsidRDefault="008F7BF8">
      <w:pPr>
        <w:spacing w:after="0" w:line="240" w:lineRule="auto"/>
      </w:pPr>
      <w:r>
        <w:separator/>
      </w:r>
    </w:p>
  </w:endnote>
  <w:endnote w:type="continuationSeparator" w:id="0">
    <w:p w14:paraId="1C38BE7E" w14:textId="77777777" w:rsidR="008F7BF8" w:rsidRDefault="008F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69693F" w14:textId="77777777" w:rsidR="002E471D" w:rsidRPr="00C14B7C" w:rsidRDefault="00363156">
    <w:pPr>
      <w:pStyle w:val="a7"/>
      <w:jc w:val="right"/>
      <w:rPr>
        <w:color w:val="1F4E78"/>
      </w:rPr>
    </w:pPr>
    <w:r w:rsidRPr="00C14B7C">
      <w:rPr>
        <w:color w:val="1F4E78"/>
        <w:sz w:val="16"/>
      </w:rPr>
      <w:t xml:space="preserve">Страница </w:t>
    </w:r>
    <w:r w:rsidRPr="00C14B7C">
      <w:rPr>
        <w:color w:val="1F4E78"/>
        <w:sz w:val="16"/>
      </w:rPr>
      <w:fldChar w:fldCharType="begin"/>
    </w:r>
    <w:r w:rsidRPr="00C14B7C">
      <w:rPr>
        <w:color w:val="1F4E78"/>
        <w:sz w:val="16"/>
      </w:rPr>
      <w:instrText xml:space="preserve"> PAGE </w:instrText>
    </w:r>
    <w:r w:rsidRPr="00C14B7C">
      <w:rPr>
        <w:color w:val="1F4E78"/>
        <w:sz w:val="16"/>
      </w:rPr>
      <w:fldChar w:fldCharType="separate"/>
    </w:r>
    <w:r w:rsidR="000923C2">
      <w:rPr>
        <w:noProof/>
        <w:color w:val="1F4E78"/>
        <w:sz w:val="16"/>
      </w:rPr>
      <w:t>2</w:t>
    </w:r>
    <w:r w:rsidRPr="00C14B7C">
      <w:rPr>
        <w:color w:val="1F4E7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5E9280" w14:textId="77777777" w:rsidR="008F7BF8" w:rsidRDefault="008F7BF8">
      <w:pPr>
        <w:spacing w:after="0" w:line="240" w:lineRule="auto"/>
      </w:pPr>
      <w:r>
        <w:separator/>
      </w:r>
    </w:p>
  </w:footnote>
  <w:footnote w:type="continuationSeparator" w:id="0">
    <w:p w14:paraId="6C85187D" w14:textId="77777777" w:rsidR="008F7BF8" w:rsidRDefault="008F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63649" w14:textId="6DB2AE81" w:rsidR="002E471D" w:rsidRPr="004139CB" w:rsidRDefault="00363156">
    <w:pPr>
      <w:pStyle w:val="a5"/>
      <w:rPr>
        <w:lang w:val="ru-RU"/>
      </w:rPr>
    </w:pPr>
    <w:r w:rsidRPr="0012791A">
      <w:rPr>
        <w:color w:val="1F4E78"/>
        <w:sz w:val="15"/>
        <w:lang w:val="ru-RU"/>
      </w:rPr>
      <w:t xml:space="preserve">АО </w:t>
    </w:r>
    <w:r w:rsidR="008068A3">
      <w:rPr>
        <w:color w:val="1F4E78"/>
        <w:sz w:val="15"/>
        <w:lang w:val="ru-RU"/>
      </w:rPr>
      <w:t>«</w:t>
    </w:r>
    <w:r w:rsidRPr="0012791A">
      <w:rPr>
        <w:color w:val="1F4E78"/>
        <w:sz w:val="15"/>
        <w:lang w:val="ru-RU"/>
      </w:rPr>
      <w:t>КСП «</w:t>
    </w:r>
    <w:r w:rsidR="008068A3" w:rsidRPr="0012791A">
      <w:rPr>
        <w:color w:val="1F4E78"/>
        <w:sz w:val="15"/>
        <w:lang w:val="ru-RU"/>
      </w:rPr>
      <w:t xml:space="preserve">Волна» </w:t>
    </w:r>
    <w:r w:rsidR="00454477">
      <w:rPr>
        <w:color w:val="1F4E78"/>
        <w:sz w:val="15"/>
        <w:lang w:val="ru-RU"/>
      </w:rPr>
      <w:t>05.10.2026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9A872F2"/>
    <w:multiLevelType w:val="hybridMultilevel"/>
    <w:tmpl w:val="099C0DA0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530E"/>
    <w:rsid w:val="00005657"/>
    <w:rsid w:val="000203E1"/>
    <w:rsid w:val="00024F65"/>
    <w:rsid w:val="000264A9"/>
    <w:rsid w:val="00034616"/>
    <w:rsid w:val="00047115"/>
    <w:rsid w:val="0005116D"/>
    <w:rsid w:val="000524CE"/>
    <w:rsid w:val="0006063C"/>
    <w:rsid w:val="00070DF4"/>
    <w:rsid w:val="00070E7D"/>
    <w:rsid w:val="00071213"/>
    <w:rsid w:val="00071D95"/>
    <w:rsid w:val="00076AF2"/>
    <w:rsid w:val="00091337"/>
    <w:rsid w:val="000923C2"/>
    <w:rsid w:val="000B637F"/>
    <w:rsid w:val="000B66E6"/>
    <w:rsid w:val="000C6547"/>
    <w:rsid w:val="000D08CB"/>
    <w:rsid w:val="000F09EF"/>
    <w:rsid w:val="00102B21"/>
    <w:rsid w:val="00122132"/>
    <w:rsid w:val="0012791A"/>
    <w:rsid w:val="00134E77"/>
    <w:rsid w:val="0013581D"/>
    <w:rsid w:val="00141732"/>
    <w:rsid w:val="001418B3"/>
    <w:rsid w:val="0015074B"/>
    <w:rsid w:val="001612BC"/>
    <w:rsid w:val="00163E64"/>
    <w:rsid w:val="0016525A"/>
    <w:rsid w:val="001732C0"/>
    <w:rsid w:val="00181424"/>
    <w:rsid w:val="00192397"/>
    <w:rsid w:val="001A41B5"/>
    <w:rsid w:val="001A4F8C"/>
    <w:rsid w:val="001A5DED"/>
    <w:rsid w:val="001B2E6F"/>
    <w:rsid w:val="001B3C7E"/>
    <w:rsid w:val="001D0614"/>
    <w:rsid w:val="001D2ACC"/>
    <w:rsid w:val="001D4201"/>
    <w:rsid w:val="001E6BDA"/>
    <w:rsid w:val="001F21DD"/>
    <w:rsid w:val="001F437A"/>
    <w:rsid w:val="0020373B"/>
    <w:rsid w:val="002044B4"/>
    <w:rsid w:val="002048A4"/>
    <w:rsid w:val="0022150A"/>
    <w:rsid w:val="00225AE3"/>
    <w:rsid w:val="00237D90"/>
    <w:rsid w:val="00237F94"/>
    <w:rsid w:val="00240E5F"/>
    <w:rsid w:val="00244FE5"/>
    <w:rsid w:val="002501F7"/>
    <w:rsid w:val="0025406E"/>
    <w:rsid w:val="00260B92"/>
    <w:rsid w:val="00267BC0"/>
    <w:rsid w:val="00271944"/>
    <w:rsid w:val="00273F1E"/>
    <w:rsid w:val="0028685D"/>
    <w:rsid w:val="00291AD2"/>
    <w:rsid w:val="0029639D"/>
    <w:rsid w:val="002B2286"/>
    <w:rsid w:val="002B6583"/>
    <w:rsid w:val="002C01ED"/>
    <w:rsid w:val="002C5C84"/>
    <w:rsid w:val="002D0A48"/>
    <w:rsid w:val="002D5408"/>
    <w:rsid w:val="002D6B93"/>
    <w:rsid w:val="002E083B"/>
    <w:rsid w:val="002E45B3"/>
    <w:rsid w:val="002E471D"/>
    <w:rsid w:val="002F10C5"/>
    <w:rsid w:val="002F5413"/>
    <w:rsid w:val="00313909"/>
    <w:rsid w:val="003148BA"/>
    <w:rsid w:val="00315AEE"/>
    <w:rsid w:val="00326F90"/>
    <w:rsid w:val="00337262"/>
    <w:rsid w:val="0033732D"/>
    <w:rsid w:val="00342286"/>
    <w:rsid w:val="003579EC"/>
    <w:rsid w:val="00363156"/>
    <w:rsid w:val="00363450"/>
    <w:rsid w:val="00371828"/>
    <w:rsid w:val="00374D7E"/>
    <w:rsid w:val="00377887"/>
    <w:rsid w:val="003918FD"/>
    <w:rsid w:val="003A27C6"/>
    <w:rsid w:val="003A3698"/>
    <w:rsid w:val="003B0143"/>
    <w:rsid w:val="003C3080"/>
    <w:rsid w:val="003C3BC2"/>
    <w:rsid w:val="003D0419"/>
    <w:rsid w:val="003D6E40"/>
    <w:rsid w:val="003E3529"/>
    <w:rsid w:val="00402140"/>
    <w:rsid w:val="004077BA"/>
    <w:rsid w:val="00407981"/>
    <w:rsid w:val="004139CB"/>
    <w:rsid w:val="00424CB8"/>
    <w:rsid w:val="00427DE0"/>
    <w:rsid w:val="00431B02"/>
    <w:rsid w:val="00433868"/>
    <w:rsid w:val="00454467"/>
    <w:rsid w:val="00454477"/>
    <w:rsid w:val="00454F10"/>
    <w:rsid w:val="00464527"/>
    <w:rsid w:val="00480CF1"/>
    <w:rsid w:val="00480D4E"/>
    <w:rsid w:val="00483B67"/>
    <w:rsid w:val="004B40FD"/>
    <w:rsid w:val="004B4872"/>
    <w:rsid w:val="004D10BA"/>
    <w:rsid w:val="004D1DFC"/>
    <w:rsid w:val="004E0B84"/>
    <w:rsid w:val="004F0E81"/>
    <w:rsid w:val="00504741"/>
    <w:rsid w:val="00507943"/>
    <w:rsid w:val="0052128A"/>
    <w:rsid w:val="00523540"/>
    <w:rsid w:val="00524A06"/>
    <w:rsid w:val="0054281D"/>
    <w:rsid w:val="0054588C"/>
    <w:rsid w:val="00552A57"/>
    <w:rsid w:val="0055337C"/>
    <w:rsid w:val="00553B9B"/>
    <w:rsid w:val="00555F33"/>
    <w:rsid w:val="0056353B"/>
    <w:rsid w:val="00566C21"/>
    <w:rsid w:val="00571D30"/>
    <w:rsid w:val="00572DF7"/>
    <w:rsid w:val="00572ED4"/>
    <w:rsid w:val="00573321"/>
    <w:rsid w:val="00577E50"/>
    <w:rsid w:val="00591849"/>
    <w:rsid w:val="005A2EF9"/>
    <w:rsid w:val="005B07B2"/>
    <w:rsid w:val="005B2D26"/>
    <w:rsid w:val="005D7D87"/>
    <w:rsid w:val="005E187D"/>
    <w:rsid w:val="005E4B73"/>
    <w:rsid w:val="00603C03"/>
    <w:rsid w:val="00622626"/>
    <w:rsid w:val="006302F4"/>
    <w:rsid w:val="006310E8"/>
    <w:rsid w:val="006433DE"/>
    <w:rsid w:val="00645255"/>
    <w:rsid w:val="006531E8"/>
    <w:rsid w:val="00657EFE"/>
    <w:rsid w:val="00662F86"/>
    <w:rsid w:val="00663D7A"/>
    <w:rsid w:val="0067686B"/>
    <w:rsid w:val="00690B65"/>
    <w:rsid w:val="006B2258"/>
    <w:rsid w:val="006C0A25"/>
    <w:rsid w:val="006C0D2B"/>
    <w:rsid w:val="006C4830"/>
    <w:rsid w:val="006D5300"/>
    <w:rsid w:val="006D5ACE"/>
    <w:rsid w:val="006E1D28"/>
    <w:rsid w:val="006E5EFB"/>
    <w:rsid w:val="006F2C52"/>
    <w:rsid w:val="006F6521"/>
    <w:rsid w:val="007122D7"/>
    <w:rsid w:val="00721A6D"/>
    <w:rsid w:val="007444B0"/>
    <w:rsid w:val="007541D3"/>
    <w:rsid w:val="00761990"/>
    <w:rsid w:val="00761A8A"/>
    <w:rsid w:val="00775ACD"/>
    <w:rsid w:val="00776046"/>
    <w:rsid w:val="00790389"/>
    <w:rsid w:val="0079219F"/>
    <w:rsid w:val="0079583A"/>
    <w:rsid w:val="007B25EE"/>
    <w:rsid w:val="007B2D7D"/>
    <w:rsid w:val="007B783A"/>
    <w:rsid w:val="007C1B55"/>
    <w:rsid w:val="007C597F"/>
    <w:rsid w:val="007D1FB3"/>
    <w:rsid w:val="007D3826"/>
    <w:rsid w:val="007D3D3D"/>
    <w:rsid w:val="007D52B8"/>
    <w:rsid w:val="007E4ECB"/>
    <w:rsid w:val="007E6485"/>
    <w:rsid w:val="008068A3"/>
    <w:rsid w:val="0081006B"/>
    <w:rsid w:val="00817B35"/>
    <w:rsid w:val="00824210"/>
    <w:rsid w:val="0083212B"/>
    <w:rsid w:val="00840ED3"/>
    <w:rsid w:val="0084250E"/>
    <w:rsid w:val="00864054"/>
    <w:rsid w:val="00870933"/>
    <w:rsid w:val="008908BB"/>
    <w:rsid w:val="008961CD"/>
    <w:rsid w:val="008A3503"/>
    <w:rsid w:val="008A6FBF"/>
    <w:rsid w:val="008B5186"/>
    <w:rsid w:val="008C1CCF"/>
    <w:rsid w:val="008D431D"/>
    <w:rsid w:val="008D6200"/>
    <w:rsid w:val="008F3BCA"/>
    <w:rsid w:val="008F7BF8"/>
    <w:rsid w:val="00901F4C"/>
    <w:rsid w:val="009058C8"/>
    <w:rsid w:val="009074D4"/>
    <w:rsid w:val="009104FE"/>
    <w:rsid w:val="0091089F"/>
    <w:rsid w:val="00915B4A"/>
    <w:rsid w:val="00916038"/>
    <w:rsid w:val="00940AC9"/>
    <w:rsid w:val="00954E8D"/>
    <w:rsid w:val="00960BBF"/>
    <w:rsid w:val="0098673C"/>
    <w:rsid w:val="00987D01"/>
    <w:rsid w:val="009A02F3"/>
    <w:rsid w:val="009A0D61"/>
    <w:rsid w:val="009B00ED"/>
    <w:rsid w:val="009B24AA"/>
    <w:rsid w:val="009C5609"/>
    <w:rsid w:val="009D7EE9"/>
    <w:rsid w:val="009E44E2"/>
    <w:rsid w:val="009F028C"/>
    <w:rsid w:val="00A0158B"/>
    <w:rsid w:val="00A222B1"/>
    <w:rsid w:val="00A2530B"/>
    <w:rsid w:val="00A30C9F"/>
    <w:rsid w:val="00A362D6"/>
    <w:rsid w:val="00A419F5"/>
    <w:rsid w:val="00A43298"/>
    <w:rsid w:val="00A4537E"/>
    <w:rsid w:val="00A65A11"/>
    <w:rsid w:val="00A66572"/>
    <w:rsid w:val="00A722EF"/>
    <w:rsid w:val="00A7369E"/>
    <w:rsid w:val="00A85EA8"/>
    <w:rsid w:val="00A86051"/>
    <w:rsid w:val="00A87CB6"/>
    <w:rsid w:val="00AA1D8D"/>
    <w:rsid w:val="00AB1BBE"/>
    <w:rsid w:val="00AB793E"/>
    <w:rsid w:val="00AD5F2D"/>
    <w:rsid w:val="00AF2BA0"/>
    <w:rsid w:val="00AF3731"/>
    <w:rsid w:val="00AF49BD"/>
    <w:rsid w:val="00AF4F7A"/>
    <w:rsid w:val="00AF732E"/>
    <w:rsid w:val="00AF7D4F"/>
    <w:rsid w:val="00B02E12"/>
    <w:rsid w:val="00B04720"/>
    <w:rsid w:val="00B14E0B"/>
    <w:rsid w:val="00B15967"/>
    <w:rsid w:val="00B26D0F"/>
    <w:rsid w:val="00B35E11"/>
    <w:rsid w:val="00B452AD"/>
    <w:rsid w:val="00B47730"/>
    <w:rsid w:val="00B64405"/>
    <w:rsid w:val="00B64D94"/>
    <w:rsid w:val="00B6513D"/>
    <w:rsid w:val="00B740F8"/>
    <w:rsid w:val="00B85B8E"/>
    <w:rsid w:val="00B94E78"/>
    <w:rsid w:val="00BA15C1"/>
    <w:rsid w:val="00BA3449"/>
    <w:rsid w:val="00BB118D"/>
    <w:rsid w:val="00BB2822"/>
    <w:rsid w:val="00BC480D"/>
    <w:rsid w:val="00BC6530"/>
    <w:rsid w:val="00BD2F91"/>
    <w:rsid w:val="00BD3137"/>
    <w:rsid w:val="00BD6648"/>
    <w:rsid w:val="00BD744F"/>
    <w:rsid w:val="00BD7A73"/>
    <w:rsid w:val="00BE26A3"/>
    <w:rsid w:val="00BF2ADC"/>
    <w:rsid w:val="00C14B7C"/>
    <w:rsid w:val="00C15079"/>
    <w:rsid w:val="00C234FF"/>
    <w:rsid w:val="00C242AA"/>
    <w:rsid w:val="00C26095"/>
    <w:rsid w:val="00C31C8A"/>
    <w:rsid w:val="00C55E52"/>
    <w:rsid w:val="00C66AF8"/>
    <w:rsid w:val="00C73CD5"/>
    <w:rsid w:val="00C757AF"/>
    <w:rsid w:val="00C951C5"/>
    <w:rsid w:val="00CB0664"/>
    <w:rsid w:val="00CB2EB9"/>
    <w:rsid w:val="00CC363F"/>
    <w:rsid w:val="00CD6527"/>
    <w:rsid w:val="00CE3AD5"/>
    <w:rsid w:val="00CE5C49"/>
    <w:rsid w:val="00CE73F1"/>
    <w:rsid w:val="00CF7145"/>
    <w:rsid w:val="00D02D12"/>
    <w:rsid w:val="00D119D6"/>
    <w:rsid w:val="00D1247D"/>
    <w:rsid w:val="00D13E82"/>
    <w:rsid w:val="00D15277"/>
    <w:rsid w:val="00D27179"/>
    <w:rsid w:val="00D2731E"/>
    <w:rsid w:val="00D31B0C"/>
    <w:rsid w:val="00D422C2"/>
    <w:rsid w:val="00D44567"/>
    <w:rsid w:val="00D47800"/>
    <w:rsid w:val="00D53C6E"/>
    <w:rsid w:val="00D57D2A"/>
    <w:rsid w:val="00D753D6"/>
    <w:rsid w:val="00D8720E"/>
    <w:rsid w:val="00D92B47"/>
    <w:rsid w:val="00D9658E"/>
    <w:rsid w:val="00DA4FB4"/>
    <w:rsid w:val="00DA77A1"/>
    <w:rsid w:val="00DC0BEF"/>
    <w:rsid w:val="00DC49BC"/>
    <w:rsid w:val="00DD7761"/>
    <w:rsid w:val="00DE6C3F"/>
    <w:rsid w:val="00DF1963"/>
    <w:rsid w:val="00DF58FA"/>
    <w:rsid w:val="00E01A60"/>
    <w:rsid w:val="00E03356"/>
    <w:rsid w:val="00E05A56"/>
    <w:rsid w:val="00E212E0"/>
    <w:rsid w:val="00E250C1"/>
    <w:rsid w:val="00E277BC"/>
    <w:rsid w:val="00E334C7"/>
    <w:rsid w:val="00E37CE6"/>
    <w:rsid w:val="00E47A3A"/>
    <w:rsid w:val="00E54FAD"/>
    <w:rsid w:val="00E6647A"/>
    <w:rsid w:val="00E667F1"/>
    <w:rsid w:val="00E71E54"/>
    <w:rsid w:val="00E84E5E"/>
    <w:rsid w:val="00E91083"/>
    <w:rsid w:val="00E97B17"/>
    <w:rsid w:val="00EA5898"/>
    <w:rsid w:val="00EB5334"/>
    <w:rsid w:val="00EC0B3E"/>
    <w:rsid w:val="00EC361C"/>
    <w:rsid w:val="00ED00CB"/>
    <w:rsid w:val="00ED6E07"/>
    <w:rsid w:val="00EF0DC9"/>
    <w:rsid w:val="00EF18A6"/>
    <w:rsid w:val="00F068E3"/>
    <w:rsid w:val="00F1019D"/>
    <w:rsid w:val="00F10C26"/>
    <w:rsid w:val="00F22541"/>
    <w:rsid w:val="00F275B8"/>
    <w:rsid w:val="00F31E57"/>
    <w:rsid w:val="00F32708"/>
    <w:rsid w:val="00F33419"/>
    <w:rsid w:val="00F34371"/>
    <w:rsid w:val="00F40C79"/>
    <w:rsid w:val="00F50380"/>
    <w:rsid w:val="00F567D3"/>
    <w:rsid w:val="00F60194"/>
    <w:rsid w:val="00F641E6"/>
    <w:rsid w:val="00F65B11"/>
    <w:rsid w:val="00F825D6"/>
    <w:rsid w:val="00F85608"/>
    <w:rsid w:val="00FA0BE1"/>
    <w:rsid w:val="00FB51A5"/>
    <w:rsid w:val="00FC4D4A"/>
    <w:rsid w:val="00FC693F"/>
    <w:rsid w:val="00FD0457"/>
    <w:rsid w:val="00FF22AC"/>
    <w:rsid w:val="00FF4093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A08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D5408"/>
    <w:rPr>
      <w:rFonts w:ascii="Montserrat" w:eastAsia="Montserrat" w:hAnsi="Montserrat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139CB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254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25406E"/>
    <w:rPr>
      <w:rFonts w:ascii="Tahoma" w:eastAsia="Montserra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D5408"/>
    <w:rPr>
      <w:rFonts w:ascii="Montserrat" w:eastAsia="Montserrat" w:hAnsi="Montserrat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139CB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254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25406E"/>
    <w:rPr>
      <w:rFonts w:ascii="Tahoma" w:eastAsia="Montserra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D9492C-6D79-425E-816D-C13A62C70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8328</Words>
  <Characters>47475</Characters>
  <Application>Microsoft Office Word</Application>
  <DocSecurity>0</DocSecurity>
  <Lines>395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Ассортиментный перечень</vt:lpstr>
      <vt:lpstr/>
    </vt:vector>
  </TitlesOfParts>
  <Company/>
  <LinksUpToDate>false</LinksUpToDate>
  <CharactersWithSpaces>55692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Ассортиментный перечень</dc:title>
  <dc:subject>АО КСП «Волна»</dc:subject>
  <dc:creator>АО КСП «Волна»</dc:creator>
  <dc:description>generated by python-docx</dc:description>
  <cp:lastModifiedBy>bim</cp:lastModifiedBy>
  <cp:revision>3</cp:revision>
  <cp:lastPrinted>2026-10-15T11:50:00Z</cp:lastPrinted>
  <dcterms:created xsi:type="dcterms:W3CDTF">2026-10-19T07:34:00Z</dcterms:created>
  <dcterms:modified xsi:type="dcterms:W3CDTF">2026-10-19T07:34:00Z</dcterms:modified>
</cp:coreProperties>
</file>